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/>
        <w:jc w:val="left"/>
      </w:pPr>
      <w:r>
        <w:drawing>
          <wp:inline xmlns:a="http://schemas.openxmlformats.org/drawingml/2006/main" xmlns:pic="http://schemas.openxmlformats.org/drawingml/2006/picture">
            <wp:extent cx="4023360" cy="667031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RA_log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023360" cy="66703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160" w:after="160"/>
      </w:pPr>
      <w:r>
        <w:rPr>
          <w:rFonts w:ascii="Arial" w:hAnsi="Arial"/>
          <w:b/>
          <w:color w:val="1E5A8A"/>
          <w:sz w:val="21"/>
        </w:rPr>
        <w:t>LRA CENTRO DE CONOCIMIENTO  ·  UK SRS S1</w:t>
      </w:r>
    </w:p>
    <w:p>
      <w:pPr>
        <w:pStyle w:val="Title"/>
        <w:spacing w:after="200"/>
      </w:pPr>
      <w:r>
        <w:rPr>
          <w:rFonts w:ascii="Arial" w:hAnsi="Arial"/>
          <w:b/>
          <w:color w:val="0D3068"/>
          <w:sz w:val="54"/>
        </w:rPr>
        <w:t>UK SRS S1 Template de informe - herramienta de redacción editable</w:t>
      </w:r>
    </w:p>
    <w:p>
      <w:pPr>
        <w:pStyle w:val="Subtitle"/>
        <w:spacing w:after="300"/>
      </w:pPr>
      <w:r>
        <w:rPr>
          <w:rFonts w:ascii="Arial" w:hAnsi="Arial"/>
          <w:color w:val="59636E"/>
          <w:sz w:val="24"/>
        </w:rPr>
        <w:t>Un marco de redacción del informe anual basado en Word con base de preparación, instrucciones de cuatro pilares, campos de evidencia, índice de referencia cruzada y controles de firma.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792"/>
      </w:tblGrid>
      <w:tr>
        <w:tc>
          <w:tcPr>
            <w:tcW w:type="dxa" w:w="9922"/>
            <w:shd w:fill="0D3068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r/>
          </w:p>
        </w:tc>
      </w:tr>
    </w:tbl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961"/>
        <w:gridCol w:w="4961"/>
      </w:tblGrid>
      <w:tr>
        <w:tc>
          <w:tcPr>
            <w:tcW w:type="dxa" w:w="2232"/>
            <w:shd w:fill="EAF2F8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4" w:color="B9CAD9"/>
              <w:left w:val="single" w:sz="4" w:color="B9CAD9"/>
              <w:bottom w:val="single" w:sz="4" w:color="B9CAD9"/>
              <w:right w:val="single" w:sz="4" w:color="B9CAD9"/>
            </w:tcBorders>
          </w:tcPr>
          <w:p>
            <w:r>
              <w:rPr>
                <w:rFonts w:ascii="Arial" w:hAnsi="Arial"/>
                <w:b/>
                <w:color w:val="0D3068"/>
                <w:sz w:val="17"/>
              </w:rPr>
              <w:t>Identificación del artículo</w:t>
            </w:r>
          </w:p>
        </w:tc>
        <w:tc>
          <w:tcPr>
            <w:tcW w:type="dxa" w:w="7560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4" w:color="B9CAD9"/>
              <w:left w:val="single" w:sz="4" w:color="B9CAD9"/>
              <w:bottom w:val="single" w:sz="4" w:color="B9CAD9"/>
              <w:right w:val="single" w:sz="4" w:color="B9CAD9"/>
            </w:tcBorders>
          </w:tcPr>
          <w:p>
            <w:r>
              <w:rPr>
                <w:rFonts w:ascii="Arial" w:hAnsi="Arial"/>
                <w:b w:val="0"/>
                <w:color w:val="18212B"/>
                <w:sz w:val="17"/>
              </w:rPr>
              <w:t>UKSRS1-TEMPLATE-EDITABLE</w:t>
            </w:r>
          </w:p>
        </w:tc>
      </w:tr>
      <w:tr>
        <w:tc>
          <w:tcPr>
            <w:tcW w:type="dxa" w:w="2232"/>
            <w:shd w:fill="EAF2F8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4" w:color="B9CAD9"/>
              <w:left w:val="single" w:sz="4" w:color="B9CAD9"/>
              <w:bottom w:val="single" w:sz="4" w:color="B9CAD9"/>
              <w:right w:val="single" w:sz="4" w:color="B9CAD9"/>
            </w:tcBorders>
          </w:tcPr>
          <w:p>
            <w:r>
              <w:rPr>
                <w:rFonts w:ascii="Arial" w:hAnsi="Arial"/>
                <w:b/>
                <w:color w:val="0D3068"/>
                <w:sz w:val="17"/>
              </w:rPr>
              <w:t>Formatos</w:t>
            </w:r>
          </w:p>
        </w:tc>
        <w:tc>
          <w:tcPr>
            <w:tcW w:type="dxa" w:w="7560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4" w:color="B9CAD9"/>
              <w:left w:val="single" w:sz="4" w:color="B9CAD9"/>
              <w:bottom w:val="single" w:sz="4" w:color="B9CAD9"/>
              <w:right w:val="single" w:sz="4" w:color="B9CAD9"/>
            </w:tcBorders>
          </w:tcPr>
          <w:p>
            <w:r>
              <w:rPr>
                <w:rFonts w:ascii="Arial" w:hAnsi="Arial"/>
                <w:b w:val="0"/>
                <w:color w:val="18212B"/>
                <w:sz w:val="17"/>
              </w:rPr>
              <w:t>Herramienta de implementación editable</w:t>
            </w:r>
          </w:p>
        </w:tc>
      </w:tr>
      <w:tr>
        <w:tc>
          <w:tcPr>
            <w:tcW w:type="dxa" w:w="2232"/>
            <w:shd w:fill="EAF2F8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4" w:color="B9CAD9"/>
              <w:left w:val="single" w:sz="4" w:color="B9CAD9"/>
              <w:bottom w:val="single" w:sz="4" w:color="B9CAD9"/>
              <w:right w:val="single" w:sz="4" w:color="B9CAD9"/>
            </w:tcBorders>
          </w:tcPr>
          <w:p>
            <w:r>
              <w:rPr>
                <w:rFonts w:ascii="Arial" w:hAnsi="Arial"/>
                <w:b/>
                <w:color w:val="0D3068"/>
                <w:sz w:val="17"/>
              </w:rPr>
              <w:t>Público primario</w:t>
            </w:r>
          </w:p>
        </w:tc>
        <w:tc>
          <w:tcPr>
            <w:tcW w:type="dxa" w:w="7560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4" w:color="B9CAD9"/>
              <w:left w:val="single" w:sz="4" w:color="B9CAD9"/>
              <w:bottom w:val="single" w:sz="4" w:color="B9CAD9"/>
              <w:right w:val="single" w:sz="4" w:color="B9CAD9"/>
            </w:tcBorders>
          </w:tcPr>
          <w:p>
            <w:r>
              <w:rPr>
                <w:rFonts w:ascii="Arial" w:hAnsi="Arial"/>
                <w:b w:val="0"/>
                <w:color w:val="18212B"/>
                <w:sz w:val="17"/>
              </w:rPr>
              <w:t>UK Equipos de informes del SRS, revisores financieros, jurídicos, de gobernanza y técnicos</w:t>
            </w:r>
          </w:p>
        </w:tc>
      </w:tr>
      <w:tr>
        <w:tc>
          <w:tcPr>
            <w:tcW w:type="dxa" w:w="2232"/>
            <w:shd w:fill="EAF2F8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4" w:color="B9CAD9"/>
              <w:left w:val="single" w:sz="4" w:color="B9CAD9"/>
              <w:bottom w:val="single" w:sz="4" w:color="B9CAD9"/>
              <w:right w:val="single" w:sz="4" w:color="B9CAD9"/>
            </w:tcBorders>
          </w:tcPr>
          <w:p>
            <w:r>
              <w:rPr>
                <w:rFonts w:ascii="Arial" w:hAnsi="Arial"/>
                <w:b/>
                <w:color w:val="0D3068"/>
                <w:sz w:val="17"/>
              </w:rPr>
              <w:t>Estado técnico</w:t>
            </w:r>
          </w:p>
        </w:tc>
        <w:tc>
          <w:tcPr>
            <w:tcW w:type="dxa" w:w="7560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4" w:color="B9CAD9"/>
              <w:left w:val="single" w:sz="4" w:color="B9CAD9"/>
              <w:bottom w:val="single" w:sz="4" w:color="B9CAD9"/>
              <w:right w:val="single" w:sz="4" w:color="B9CAD9"/>
            </w:tcBorders>
          </w:tcPr>
          <w:p>
            <w:r>
              <w:rPr>
                <w:rFonts w:ascii="Arial" w:hAnsi="Arial"/>
                <w:b w:val="0"/>
                <w:color w:val="18212B"/>
                <w:sz w:val="17"/>
              </w:rPr>
              <w:t>Preparado conforme a las ediciones de UK SRS publicadas el 25 de febrero de 2026; revisado el 2 de agosto de 2026.</w:t>
            </w:r>
          </w:p>
        </w:tc>
      </w:tr>
    </w:tbl>
    <w:p>
      <w:pPr>
        <w:spacing w:before="320"/>
      </w:pPr>
      <w:r>
        <w:rPr>
          <w:rFonts w:ascii="Arial" w:hAnsi="Arial"/>
          <w:i/>
          <w:color w:val="59636E"/>
          <w:sz w:val="18"/>
        </w:rPr>
        <w:t>Material formativo para profesionales. Los ejemplos ilustrativos y la redacción deben adaptarse y someterse a revisión técnica.</w:t>
      </w:r>
    </w:p>
    <w:p>
      <w:r>
        <w:br w:type="page"/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922"/>
      </w:tblGrid>
      <w:tr>
        <w:trPr>
          <w:cantSplit/>
        </w:trPr>
        <w:tc>
          <w:tcPr>
            <w:tcW w:type="dxa" w:w="9792"/>
            <w:shd w:fill="FFF4DF"/>
            <w:tcBorders>
              <w:top w:val="single" w:sz="3" w:color="B9CAD9"/>
              <w:left w:val="single" w:sz="18" w:color="A76900"/>
              <w:bottom w:val="single" w:sz="3" w:color="B9CAD9"/>
              <w:right w:val="single" w:sz="3" w:color="B9CAD9"/>
            </w:tcBorders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pPr>
              <w:spacing w:after="60"/>
            </w:pPr>
            <w:r>
              <w:rPr>
                <w:rFonts w:ascii="Arial" w:hAnsi="Arial"/>
                <w:b/>
                <w:color w:val="A76900"/>
                <w:sz w:val="21"/>
              </w:rPr>
              <w:t>Cómo utilizar esta plantilla</w:t>
            </w:r>
          </w:p>
          <w:p>
            <w:pPr>
              <w:spacing w:after="0"/>
            </w:pPr>
            <w:r>
              <w:rPr>
                <w:rFonts w:ascii="Arial" w:hAnsi="Arial"/>
                <w:color w:val="18212B"/>
                <w:sz w:val="19"/>
              </w:rPr>
              <w:t>Completa sólo las instrucciones pertinentes a la información material y la base de informes aprobada. reemplace todo el texto en brackets. Enlace cada declaración material con evidencia, un propietario nombrado y un revisor. Elimine instrucciones de redacción no utilizadas antes de la publicación. Esta herramienta no es una plantilla oficial del gobierno y no garantiza el cumplimiento.</w:t>
            </w:r>
          </w:p>
        </w:tc>
      </w:tr>
    </w:tbl>
    <w:p>
      <w:pPr>
        <w:spacing w:after="2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922"/>
      </w:tblGrid>
      <w:tr>
        <w:trPr>
          <w:cantSplit/>
        </w:trPr>
        <w:tc>
          <w:tcPr>
            <w:tcW w:type="dxa" w:w="9792"/>
            <w:shd w:fill="F5F8FB"/>
            <w:tcBorders>
              <w:top w:val="single" w:sz="3" w:color="B9CAD9"/>
              <w:left w:val="single" w:sz="18" w:color="1E5A8A"/>
              <w:bottom w:val="single" w:sz="3" w:color="B9CAD9"/>
              <w:right w:val="single" w:sz="3" w:color="B9CAD9"/>
            </w:tcBorders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pPr>
              <w:spacing w:after="60"/>
            </w:pPr>
            <w:r>
              <w:rPr>
                <w:rFonts w:ascii="Arial" w:hAnsi="Arial"/>
                <w:b/>
                <w:color w:val="1E5A8A"/>
                <w:sz w:val="21"/>
              </w:rPr>
              <w:t>Estado actual</w:t>
            </w:r>
          </w:p>
          <w:p>
            <w:pPr>
              <w:spacing w:after="0"/>
            </w:pPr>
            <w:r>
              <w:rPr>
                <w:rFonts w:ascii="Arial" w:hAnsi="Arial"/>
                <w:color w:val="18212B"/>
                <w:sz w:val="19"/>
              </w:rPr>
              <w:t>UK SRS S1 y el UK SRS S2 se emitieron el 25 Febrero 2026 Las rutas obligatorias futuras, incluidos los requisitos de la FCA o de la Ley de Sociedades, deben ser controlados con respecto a las normas finales aplicables a la entidad y al período de presentación de informes.</w:t>
            </w:r>
          </w:p>
        </w:tc>
      </w:tr>
    </w:tbl>
    <w:p>
      <w:pPr>
        <w:spacing w:after="20"/>
      </w:pPr>
    </w:p>
    <w:p>
      <w:pPr>
        <w:pStyle w:val="Heading1"/>
        <w:pageBreakBefore/>
      </w:pPr>
      <w:r>
        <w:rPr>
          <w:rFonts w:ascii="Arial" w:hAnsi="Arial"/>
          <w:b/>
          <w:color w:val="0D3068"/>
          <w:sz w:val="38"/>
        </w:rPr>
        <w:t>1- Base de preparación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922"/>
      </w:tblGrid>
      <w:tr>
        <w:trPr>
          <w:cantSplit/>
        </w:trPr>
        <w:tc>
          <w:tcPr>
            <w:tcW w:type="dxa" w:w="9792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 w:sz="0" w:color="FFFFFF"/>
              <w:left w:val="nil" w:sz="0" w:color="FFFFFF"/>
              <w:bottom w:val="nil" w:sz="0" w:color="FFFFFF"/>
              <w:right w:val="nil" w:sz="0" w:color="FFFFFF"/>
            </w:tcBorders>
          </w:tcPr>
          <w:p>
            <w:pPr>
              <w:spacing w:after="0" w:line="24" w:lineRule="auto"/>
            </w:pPr>
            <w:r>
              <w:rPr>
                <w:rFonts w:ascii="Arial" w:hAnsi="Arial"/>
                <w:color w:val="FFFFFF"/>
                <w:sz w:val="2"/>
              </w:rPr>
            </w:r>
          </w:p>
          <w:tbl>
            <w:tblPr>
              <w:tblW w:type="auto" w:w="0"/>
              <w:jc w:val="left"/>
              <w:tblLayout w:type="fixed"/>
              <w:tblLook w:firstColumn="1" w:firstRow="1" w:lastColumn="0" w:lastRow="0" w:noHBand="0" w:noVBand="1" w:val="04A0"/>
            </w:tblPr>
            <w:tblGrid>
              <w:gridCol w:w="4896"/>
              <w:gridCol w:w="4896"/>
            </w:tblGrid>
            <w:tr>
              <w:trPr>
                <w:cantSplit/>
              </w:trPr>
              <w:tc>
                <w:tcPr>
                  <w:tcW w:type="dxa" w:w="2088"/>
                  <w:shd w:fill="0D306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FFFFFF"/>
                      <w:sz w:val="17"/>
                    </w:rPr>
                    <w:t>En seguida</w:t>
                  </w:r>
                </w:p>
              </w:tc>
              <w:tc>
                <w:tcPr>
                  <w:tcW w:type="dxa" w:w="7459"/>
                  <w:shd w:fill="FFFFFF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Indique la entidad declarante y conciliarla con los estados financieros relacionados. Explica las adquisiciones, cesiones y diferencias de límites específicas métricas.</w:t>
                  </w:r>
                </w:p>
              </w:tc>
            </w:tr>
            <w:tr>
              <w:trPr>
                <w:cantSplit/>
                <w:trHeight w:val="90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Proyecto de respuesta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[Inserir información específica de la entidad]</w:t>
                  </w:r>
                </w:p>
              </w:tc>
            </w:tr>
            <w:tr>
              <w:trPr>
                <w:cantSplit/>
                <w:trHeight w:val="64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Evidencia / fuente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[Inserar identificación de la evidencia, informes del sistema, cálculos, políticas, minutos o referencias cruzadas]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Propietario / revisor / estado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Propietario: [ ] Revisor: [ ] Estado: [No comenzado / Proyecto / Revisado / Aprobado]</w:t>
                  </w:r>
                </w:p>
              </w:tc>
            </w:tr>
          </w:tbl>
          <w:p/>
        </w:tc>
      </w:tr>
    </w:tbl>
    <w:p>
      <w:pPr>
        <w:spacing w:after="4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922"/>
      </w:tblGrid>
      <w:tr>
        <w:trPr>
          <w:cantSplit/>
        </w:trPr>
        <w:tc>
          <w:tcPr>
            <w:tcW w:type="dxa" w:w="9792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 w:sz="0" w:color="FFFFFF"/>
              <w:left w:val="nil" w:sz="0" w:color="FFFFFF"/>
              <w:bottom w:val="nil" w:sz="0" w:color="FFFFFF"/>
              <w:right w:val="nil" w:sz="0" w:color="FFFFFF"/>
            </w:tcBorders>
          </w:tcPr>
          <w:p>
            <w:pPr>
              <w:spacing w:after="0" w:line="24" w:lineRule="auto"/>
            </w:pPr>
            <w:r>
              <w:rPr>
                <w:rFonts w:ascii="Arial" w:hAnsi="Arial"/>
                <w:color w:val="FFFFFF"/>
                <w:sz w:val="2"/>
              </w:rPr>
            </w:r>
          </w:p>
          <w:tbl>
            <w:tblPr>
              <w:tblW w:type="auto" w:w="0"/>
              <w:jc w:val="left"/>
              <w:tblLayout w:type="fixed"/>
              <w:tblLook w:firstColumn="1" w:firstRow="1" w:lastColumn="0" w:lastRow="0" w:noHBand="0" w:noVBand="1" w:val="04A0"/>
            </w:tblPr>
            <w:tblGrid>
              <w:gridCol w:w="4896"/>
              <w:gridCol w:w="4896"/>
            </w:tblGrid>
            <w:tr>
              <w:trPr>
                <w:cantSplit/>
              </w:trPr>
              <w:tc>
                <w:tcPr>
                  <w:tcW w:type="dxa" w:w="2088"/>
                  <w:shd w:fill="0D306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FFFFFF"/>
                      <w:sz w:val="17"/>
                    </w:rPr>
                    <w:t>En seguida</w:t>
                  </w:r>
                </w:p>
              </w:tc>
              <w:tc>
                <w:tcPr>
                  <w:tcW w:type="dxa" w:w="7459"/>
                  <w:shd w:fill="FFFFFF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Indique el período y confirme la publicación al mismo tiempo que los estados financieros relacionados.</w:t>
                  </w:r>
                </w:p>
              </w:tc>
            </w:tr>
            <w:tr>
              <w:trPr>
                <w:cantSplit/>
                <w:trHeight w:val="90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Proyecto de respuesta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[Inserir información específica de la entidad]</w:t>
                  </w:r>
                </w:p>
              </w:tc>
            </w:tr>
            <w:tr>
              <w:trPr>
                <w:cantSplit/>
                <w:trHeight w:val="64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Evidencia / fuente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[Inserar identificación de la evidencia, informes del sistema, cálculos, políticas, minutos o referencias cruzadas]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Propietario / revisor / estado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Propietario: [ ] Revisor: [ ] Estado: [No comenzado / Proyecto / Revisado / Aprobado]</w:t>
                  </w:r>
                </w:p>
              </w:tc>
            </w:tr>
          </w:tbl>
          <w:p/>
        </w:tc>
      </w:tr>
    </w:tbl>
    <w:p>
      <w:pPr>
        <w:spacing w:after="4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922"/>
      </w:tblGrid>
      <w:tr>
        <w:trPr>
          <w:cantSplit/>
        </w:trPr>
        <w:tc>
          <w:tcPr>
            <w:tcW w:type="dxa" w:w="9792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 w:sz="0" w:color="FFFFFF"/>
              <w:left w:val="nil" w:sz="0" w:color="FFFFFF"/>
              <w:bottom w:val="nil" w:sz="0" w:color="FFFFFF"/>
              <w:right w:val="nil" w:sz="0" w:color="FFFFFF"/>
            </w:tcBorders>
          </w:tcPr>
          <w:p>
            <w:pPr>
              <w:spacing w:after="0" w:line="24" w:lineRule="auto"/>
            </w:pPr>
            <w:r>
              <w:rPr>
                <w:rFonts w:ascii="Arial" w:hAnsi="Arial"/>
                <w:color w:val="FFFFFF"/>
                <w:sz w:val="2"/>
              </w:rPr>
            </w:r>
          </w:p>
          <w:tbl>
            <w:tblPr>
              <w:tblW w:type="auto" w:w="0"/>
              <w:jc w:val="left"/>
              <w:tblLayout w:type="fixed"/>
              <w:tblLook w:firstColumn="1" w:firstRow="1" w:lastColumn="0" w:lastRow="0" w:noHBand="0" w:noVBand="1" w:val="04A0"/>
            </w:tblPr>
            <w:tblGrid>
              <w:gridCol w:w="4896"/>
              <w:gridCol w:w="4896"/>
            </w:tblGrid>
            <w:tr>
              <w:trPr>
                <w:cantSplit/>
              </w:trPr>
              <w:tc>
                <w:tcPr>
                  <w:tcW w:type="dxa" w:w="2088"/>
                  <w:shd w:fill="0D306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FFFFFF"/>
                      <w:sz w:val="17"/>
                    </w:rPr>
                    <w:t>En seguida</w:t>
                  </w:r>
                </w:p>
              </w:tc>
              <w:tc>
                <w:tcPr>
                  <w:tcW w:type="dxa" w:w="7459"/>
                  <w:shd w:fill="FFFFFF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El uso voluntario del Estado o la ley/regla obligatoria exacta y su período de vigencia.</w:t>
                  </w:r>
                </w:p>
              </w:tc>
            </w:tr>
            <w:tr>
              <w:trPr>
                <w:cantSplit/>
                <w:trHeight w:val="90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Proyecto de respuesta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[Inserir información específica de la entidad]</w:t>
                  </w:r>
                </w:p>
              </w:tc>
            </w:tr>
            <w:tr>
              <w:trPr>
                <w:cantSplit/>
                <w:trHeight w:val="64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Evidencia / fuente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[Inserar identificación de la evidencia, informes del sistema, cálculos, políticas, minutos o referencias cruzadas]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Propietario / revisor / estado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Propietario: [ ] Revisor: [ ] Estado: [No comenzado / Proyecto / Revisado / Aprobado]</w:t>
                  </w:r>
                </w:p>
              </w:tc>
            </w:tr>
          </w:tbl>
          <w:p/>
        </w:tc>
      </w:tr>
    </w:tbl>
    <w:p>
      <w:pPr>
        <w:spacing w:after="4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922"/>
      </w:tblGrid>
      <w:tr>
        <w:trPr>
          <w:cantSplit/>
        </w:trPr>
        <w:tc>
          <w:tcPr>
            <w:tcW w:type="dxa" w:w="9792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 w:sz="0" w:color="FFFFFF"/>
              <w:left w:val="nil" w:sz="0" w:color="FFFFFF"/>
              <w:bottom w:val="nil" w:sz="0" w:color="FFFFFF"/>
              <w:right w:val="nil" w:sz="0" w:color="FFFFFF"/>
            </w:tcBorders>
          </w:tcPr>
          <w:p>
            <w:pPr>
              <w:spacing w:after="0" w:line="24" w:lineRule="auto"/>
            </w:pPr>
            <w:r>
              <w:rPr>
                <w:rFonts w:ascii="Arial" w:hAnsi="Arial"/>
                <w:color w:val="FFFFFF"/>
                <w:sz w:val="2"/>
              </w:rPr>
            </w:r>
          </w:p>
          <w:tbl>
            <w:tblPr>
              <w:tblW w:type="auto" w:w="0"/>
              <w:jc w:val="left"/>
              <w:tblLayout w:type="fixed"/>
              <w:tblLook w:firstColumn="1" w:firstRow="1" w:lastColumn="0" w:lastRow="0" w:noHBand="0" w:noVBand="1" w:val="04A0"/>
            </w:tblPr>
            <w:tblGrid>
              <w:gridCol w:w="4896"/>
              <w:gridCol w:w="4896"/>
            </w:tblGrid>
            <w:tr>
              <w:trPr>
                <w:cantSplit/>
              </w:trPr>
              <w:tc>
                <w:tcPr>
                  <w:tcW w:type="dxa" w:w="2088"/>
                  <w:shd w:fill="0D306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FFFFFF"/>
                      <w:sz w:val="17"/>
                    </w:rPr>
                    <w:t>En seguida</w:t>
                  </w:r>
                </w:p>
              </w:tc>
              <w:tc>
                <w:tcPr>
                  <w:tcW w:type="dxa" w:w="7459"/>
                  <w:shd w:fill="FFFFFF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Identificar UK SRS S1 y S2 y el febrero 2026 las ediciones; identificar otras orientaciones por separado.</w:t>
                  </w:r>
                </w:p>
              </w:tc>
            </w:tr>
            <w:tr>
              <w:trPr>
                <w:cantSplit/>
                <w:trHeight w:val="90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Proyecto de respuesta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[Inserir información específica de la entidad]</w:t>
                  </w:r>
                </w:p>
              </w:tc>
            </w:tr>
            <w:tr>
              <w:trPr>
                <w:cantSplit/>
                <w:trHeight w:val="64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Evidencia / fuente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[Inserar identificación de la evidencia, informes del sistema, cálculos, políticas, minutos o referencias cruzadas]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Propietario / revisor / estado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Propietario: [ ] Revisor: [ ] Estado: [No comenzado / Proyecto / Revisado / Aprobado]</w:t>
                  </w:r>
                </w:p>
              </w:tc>
            </w:tr>
          </w:tbl>
          <w:p/>
        </w:tc>
      </w:tr>
    </w:tbl>
    <w:p>
      <w:pPr>
        <w:spacing w:after="4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922"/>
      </w:tblGrid>
      <w:tr>
        <w:trPr>
          <w:cantSplit/>
        </w:trPr>
        <w:tc>
          <w:tcPr>
            <w:tcW w:type="dxa" w:w="9792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 w:sz="0" w:color="FFFFFF"/>
              <w:left w:val="nil" w:sz="0" w:color="FFFFFF"/>
              <w:bottom w:val="nil" w:sz="0" w:color="FFFFFF"/>
              <w:right w:val="nil" w:sz="0" w:color="FFFFFF"/>
            </w:tcBorders>
          </w:tcPr>
          <w:p>
            <w:pPr>
              <w:spacing w:after="0" w:line="24" w:lineRule="auto"/>
            </w:pPr>
            <w:r>
              <w:rPr>
                <w:rFonts w:ascii="Arial" w:hAnsi="Arial"/>
                <w:color w:val="FFFFFF"/>
                <w:sz w:val="2"/>
              </w:rPr>
            </w:r>
          </w:p>
          <w:tbl>
            <w:tblPr>
              <w:tblW w:type="auto" w:w="0"/>
              <w:jc w:val="left"/>
              <w:tblLayout w:type="fixed"/>
              <w:tblLook w:firstColumn="1" w:firstRow="1" w:lastColumn="0" w:lastRow="0" w:noHBand="0" w:noVBand="1" w:val="04A0"/>
            </w:tblPr>
            <w:tblGrid>
              <w:gridCol w:w="4896"/>
              <w:gridCol w:w="4896"/>
            </w:tblGrid>
            <w:tr>
              <w:trPr>
                <w:cantSplit/>
              </w:trPr>
              <w:tc>
                <w:tcPr>
                  <w:tcW w:type="dxa" w:w="2088"/>
                  <w:shd w:fill="0D306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FFFFFF"/>
                      <w:sz w:val="17"/>
                    </w:rPr>
                    <w:t>En seguida</w:t>
                  </w:r>
                </w:p>
              </w:tc>
              <w:tc>
                <w:tcPr>
                  <w:tcW w:type="dxa" w:w="7459"/>
                  <w:shd w:fill="FFFFFF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Explicar los usuarios principales, las perspectivas, la prueba de materialidad de la información, la agregación, el oculto y la reevaluación.</w:t>
                  </w:r>
                </w:p>
              </w:tc>
            </w:tr>
            <w:tr>
              <w:trPr>
                <w:cantSplit/>
                <w:trHeight w:val="90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Proyecto de respuesta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[Inserir información específica de la entidad]</w:t>
                  </w:r>
                </w:p>
              </w:tc>
            </w:tr>
            <w:tr>
              <w:trPr>
                <w:cantSplit/>
                <w:trHeight w:val="64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Evidencia / fuente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[Inserar identificación de la evidencia, informes del sistema, cálculos, políticas, minutos o referencias cruzadas]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Propietario / revisor / estado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Propietario: [ ] Revisor: [ ] Estado: [No comenzado / Proyecto / Revisado / Aprobado]</w:t>
                  </w:r>
                </w:p>
              </w:tc>
            </w:tr>
          </w:tbl>
          <w:p/>
        </w:tc>
      </w:tr>
    </w:tbl>
    <w:p>
      <w:pPr>
        <w:spacing w:after="4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922"/>
      </w:tblGrid>
      <w:tr>
        <w:trPr>
          <w:cantSplit/>
        </w:trPr>
        <w:tc>
          <w:tcPr>
            <w:tcW w:type="dxa" w:w="9792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 w:sz="0" w:color="FFFFFF"/>
              <w:left w:val="nil" w:sz="0" w:color="FFFFFF"/>
              <w:bottom w:val="nil" w:sz="0" w:color="FFFFFF"/>
              <w:right w:val="nil" w:sz="0" w:color="FFFFFF"/>
            </w:tcBorders>
          </w:tcPr>
          <w:p>
            <w:pPr>
              <w:spacing w:after="0" w:line="24" w:lineRule="auto"/>
            </w:pPr>
            <w:r>
              <w:rPr>
                <w:rFonts w:ascii="Arial" w:hAnsi="Arial"/>
                <w:color w:val="FFFFFF"/>
                <w:sz w:val="2"/>
              </w:rPr>
            </w:r>
          </w:p>
          <w:tbl>
            <w:tblPr>
              <w:tblW w:type="auto" w:w="0"/>
              <w:jc w:val="left"/>
              <w:tblLayout w:type="fixed"/>
              <w:tblLook w:firstColumn="1" w:firstRow="1" w:lastColumn="0" w:lastRow="0" w:noHBand="0" w:noVBand="1" w:val="04A0"/>
            </w:tblPr>
            <w:tblGrid>
              <w:gridCol w:w="4896"/>
              <w:gridCol w:w="4896"/>
            </w:tblGrid>
            <w:tr>
              <w:trPr>
                <w:cantSplit/>
              </w:trPr>
              <w:tc>
                <w:tcPr>
                  <w:tcW w:type="dxa" w:w="2088"/>
                  <w:shd w:fill="0D306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FFFFFF"/>
                      <w:sz w:val="17"/>
                    </w:rPr>
                    <w:t>En seguida</w:t>
                  </w:r>
                </w:p>
              </w:tc>
              <w:tc>
                <w:tcPr>
                  <w:tcW w:type="dxa" w:w="7459"/>
                  <w:shd w:fill="FFFFFF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Identificar las industrias y fuentes específicas realmente aplicadas, incluidas las métricas tomadas o adaptadas.</w:t>
                  </w:r>
                </w:p>
              </w:tc>
            </w:tr>
            <w:tr>
              <w:trPr>
                <w:cantSplit/>
                <w:trHeight w:val="90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Proyecto de respuesta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[Inserir información específica de la entidad]</w:t>
                  </w:r>
                </w:p>
              </w:tc>
            </w:tr>
            <w:tr>
              <w:trPr>
                <w:cantSplit/>
                <w:trHeight w:val="64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Evidencia / fuente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[Inserar identificación de la evidencia, informes del sistema, cálculos, políticas, minutos o referencias cruzadas]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Propietario / revisor / estado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Propietario: [ ] Revisor: [ ] Estado: [No comenzado / Proyecto / Revisado / Aprobado]</w:t>
                  </w:r>
                </w:p>
              </w:tc>
            </w:tr>
          </w:tbl>
          <w:p/>
        </w:tc>
      </w:tr>
    </w:tbl>
    <w:p>
      <w:pPr>
        <w:spacing w:after="4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922"/>
      </w:tblGrid>
      <w:tr>
        <w:trPr>
          <w:cantSplit/>
        </w:trPr>
        <w:tc>
          <w:tcPr>
            <w:tcW w:type="dxa" w:w="9792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 w:sz="0" w:color="FFFFFF"/>
              <w:left w:val="nil" w:sz="0" w:color="FFFFFF"/>
              <w:bottom w:val="nil" w:sz="0" w:color="FFFFFF"/>
              <w:right w:val="nil" w:sz="0" w:color="FFFFFF"/>
            </w:tcBorders>
          </w:tcPr>
          <w:p>
            <w:pPr>
              <w:spacing w:after="0" w:line="24" w:lineRule="auto"/>
            </w:pPr>
            <w:r>
              <w:rPr>
                <w:rFonts w:ascii="Arial" w:hAnsi="Arial"/>
                <w:color w:val="FFFFFF"/>
                <w:sz w:val="2"/>
              </w:rPr>
            </w:r>
          </w:p>
          <w:tbl>
            <w:tblPr>
              <w:tblW w:type="auto" w:w="0"/>
              <w:jc w:val="left"/>
              <w:tblLayout w:type="fixed"/>
              <w:tblLook w:firstColumn="1" w:firstRow="1" w:lastColumn="0" w:lastRow="0" w:noHBand="0" w:noVBand="1" w:val="04A0"/>
            </w:tblPr>
            <w:tblGrid>
              <w:gridCol w:w="4896"/>
              <w:gridCol w:w="4896"/>
            </w:tblGrid>
            <w:tr>
              <w:trPr>
                <w:cantSplit/>
              </w:trPr>
              <w:tc>
                <w:tcPr>
                  <w:tcW w:type="dxa" w:w="2088"/>
                  <w:shd w:fill="0D306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FFFFFF"/>
                      <w:sz w:val="17"/>
                    </w:rPr>
                    <w:t>En seguida</w:t>
                  </w:r>
                </w:p>
              </w:tc>
              <w:tc>
                <w:tcPr>
                  <w:tcW w:type="dxa" w:w="7459"/>
                  <w:shd w:fill="FFFFFF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Enumera cada párrafo, la razón, la divulgación afectada, la información compensatoria y el efecto de la reclamación.</w:t>
                  </w:r>
                </w:p>
              </w:tc>
            </w:tr>
            <w:tr>
              <w:trPr>
                <w:cantSplit/>
                <w:trHeight w:val="90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Proyecto de respuesta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[Inserir información específica de la entidad]</w:t>
                  </w:r>
                </w:p>
              </w:tc>
            </w:tr>
            <w:tr>
              <w:trPr>
                <w:cantSplit/>
                <w:trHeight w:val="64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Evidencia / fuente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[Inserar identificación de la evidencia, informes del sistema, cálculos, políticas, minutos o referencias cruzadas]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Propietario / revisor / estado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Propietario: [ ] Revisor: [ ] Estado: [No comenzado / Proyecto / Revisado / Aprobado]</w:t>
                  </w:r>
                </w:p>
              </w:tc>
            </w:tr>
          </w:tbl>
          <w:p/>
        </w:tc>
      </w:tr>
    </w:tbl>
    <w:p>
      <w:pPr>
        <w:spacing w:after="4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922"/>
      </w:tblGrid>
      <w:tr>
        <w:trPr>
          <w:cantSplit/>
        </w:trPr>
        <w:tc>
          <w:tcPr>
            <w:tcW w:type="dxa" w:w="9792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 w:sz="0" w:color="FFFFFF"/>
              <w:left w:val="nil" w:sz="0" w:color="FFFFFF"/>
              <w:bottom w:val="nil" w:sz="0" w:color="FFFFFF"/>
              <w:right w:val="nil" w:sz="0" w:color="FFFFFF"/>
            </w:tcBorders>
          </w:tcPr>
          <w:p>
            <w:pPr>
              <w:spacing w:after="0" w:line="24" w:lineRule="auto"/>
            </w:pPr>
            <w:r>
              <w:rPr>
                <w:rFonts w:ascii="Arial" w:hAnsi="Arial"/>
                <w:color w:val="FFFFFF"/>
                <w:sz w:val="2"/>
              </w:rPr>
            </w:r>
          </w:p>
          <w:tbl>
            <w:tblPr>
              <w:tblW w:type="auto" w:w="0"/>
              <w:jc w:val="left"/>
              <w:tblLayout w:type="fixed"/>
              <w:tblLook w:firstColumn="1" w:firstRow="1" w:lastColumn="0" w:lastRow="0" w:noHBand="0" w:noVBand="1" w:val="04A0"/>
            </w:tblPr>
            <w:tblGrid>
              <w:gridCol w:w="4896"/>
              <w:gridCol w:w="4896"/>
            </w:tblGrid>
            <w:tr>
              <w:trPr>
                <w:cantSplit/>
              </w:trPr>
              <w:tc>
                <w:tcPr>
                  <w:tcW w:type="dxa" w:w="2088"/>
                  <w:shd w:fill="0D306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FFFFFF"/>
                      <w:sz w:val="17"/>
                    </w:rPr>
                    <w:t>En seguida</w:t>
                  </w:r>
                </w:p>
              </w:tc>
              <w:tc>
                <w:tcPr>
                  <w:tcW w:type="dxa" w:w="7459"/>
                  <w:shd w:fill="FFFFFF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Describa los juicios que más significativamente afectaron a las revelaciones.</w:t>
                  </w:r>
                </w:p>
              </w:tc>
            </w:tr>
            <w:tr>
              <w:trPr>
                <w:cantSplit/>
                <w:trHeight w:val="90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Proyecto de respuesta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[Inserir información específica de la entidad]</w:t>
                  </w:r>
                </w:p>
              </w:tc>
            </w:tr>
            <w:tr>
              <w:trPr>
                <w:cantSplit/>
                <w:trHeight w:val="64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Evidencia / fuente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[Inserar identificación de la evidencia, informes del sistema, cálculos, políticas, minutos o referencias cruzadas]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Propietario / revisor / estado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Propietario: [ ] Revisor: [ ] Estado: [No comenzado / Proyecto / Revisado / Aprobado]</w:t>
                  </w:r>
                </w:p>
              </w:tc>
            </w:tr>
          </w:tbl>
          <w:p/>
        </w:tc>
      </w:tr>
    </w:tbl>
    <w:p>
      <w:pPr>
        <w:spacing w:after="4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922"/>
      </w:tblGrid>
      <w:tr>
        <w:trPr>
          <w:cantSplit/>
        </w:trPr>
        <w:tc>
          <w:tcPr>
            <w:tcW w:type="dxa" w:w="9792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 w:sz="0" w:color="FFFFFF"/>
              <w:left w:val="nil" w:sz="0" w:color="FFFFFF"/>
              <w:bottom w:val="nil" w:sz="0" w:color="FFFFFF"/>
              <w:right w:val="nil" w:sz="0" w:color="FFFFFF"/>
            </w:tcBorders>
          </w:tcPr>
          <w:p>
            <w:pPr>
              <w:spacing w:after="0" w:line="24" w:lineRule="auto"/>
            </w:pPr>
            <w:r>
              <w:rPr>
                <w:rFonts w:ascii="Arial" w:hAnsi="Arial"/>
                <w:color w:val="FFFFFF"/>
                <w:sz w:val="2"/>
              </w:rPr>
            </w:r>
          </w:p>
          <w:tbl>
            <w:tblPr>
              <w:tblW w:type="auto" w:w="0"/>
              <w:jc w:val="left"/>
              <w:tblLayout w:type="fixed"/>
              <w:tblLook w:firstColumn="1" w:firstRow="1" w:lastColumn="0" w:lastRow="0" w:noHBand="0" w:noVBand="1" w:val="04A0"/>
            </w:tblPr>
            <w:tblGrid>
              <w:gridCol w:w="4896"/>
              <w:gridCol w:w="4896"/>
            </w:tblGrid>
            <w:tr>
              <w:trPr>
                <w:cantSplit/>
              </w:trPr>
              <w:tc>
                <w:tcPr>
                  <w:tcW w:type="dxa" w:w="2088"/>
                  <w:shd w:fill="0D306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FFFFFF"/>
                      <w:sz w:val="17"/>
                    </w:rPr>
                    <w:t>En seguida</w:t>
                  </w:r>
                </w:p>
              </w:tc>
              <w:tc>
                <w:tcPr>
                  <w:tcW w:type="dxa" w:w="7459"/>
                  <w:shd w:fill="FFFFFF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Identificar cantidades, fuentes, suposiciones, sensibilidad y posibles resultados altamente inciertos.</w:t>
                  </w:r>
                </w:p>
              </w:tc>
            </w:tr>
            <w:tr>
              <w:trPr>
                <w:cantSplit/>
                <w:trHeight w:val="90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Proyecto de respuesta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[Inserir información específica de la entidad]</w:t>
                  </w:r>
                </w:p>
              </w:tc>
            </w:tr>
            <w:tr>
              <w:trPr>
                <w:cantSplit/>
                <w:trHeight w:val="64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Evidencia / fuente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[Inserar identificación de la evidencia, informes del sistema, cálculos, políticas, minutos o referencias cruzadas]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Propietario / revisor / estado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Propietario: [ ] Revisor: [ ] Estado: [No comenzado / Proyecto / Revisado / Aprobado]</w:t>
                  </w:r>
                </w:p>
              </w:tc>
            </w:tr>
          </w:tbl>
          <w:p/>
        </w:tc>
      </w:tr>
    </w:tbl>
    <w:p>
      <w:pPr>
        <w:spacing w:after="4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922"/>
      </w:tblGrid>
      <w:tr>
        <w:trPr>
          <w:cantSplit/>
        </w:trPr>
        <w:tc>
          <w:tcPr>
            <w:tcW w:type="dxa" w:w="9792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 w:sz="0" w:color="FFFFFF"/>
              <w:left w:val="nil" w:sz="0" w:color="FFFFFF"/>
              <w:bottom w:val="nil" w:sz="0" w:color="FFFFFF"/>
              <w:right w:val="nil" w:sz="0" w:color="FFFFFF"/>
            </w:tcBorders>
          </w:tcPr>
          <w:p>
            <w:pPr>
              <w:spacing w:after="0" w:line="24" w:lineRule="auto"/>
            </w:pPr>
            <w:r>
              <w:rPr>
                <w:rFonts w:ascii="Arial" w:hAnsi="Arial"/>
                <w:color w:val="FFFFFF"/>
                <w:sz w:val="2"/>
              </w:rPr>
            </w:r>
          </w:p>
          <w:tbl>
            <w:tblPr>
              <w:tblW w:type="auto" w:w="0"/>
              <w:jc w:val="left"/>
              <w:tblLayout w:type="fixed"/>
              <w:tblLook w:firstColumn="1" w:firstRow="1" w:lastColumn="0" w:lastRow="0" w:noHBand="0" w:noVBand="1" w:val="04A0"/>
            </w:tblPr>
            <w:tblGrid>
              <w:gridCol w:w="4896"/>
              <w:gridCol w:w="4896"/>
            </w:tblGrid>
            <w:tr>
              <w:trPr>
                <w:cantSplit/>
              </w:trPr>
              <w:tc>
                <w:tcPr>
                  <w:tcW w:type="dxa" w:w="2088"/>
                  <w:shd w:fill="0D306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FFFFFF"/>
                      <w:sz w:val="17"/>
                    </w:rPr>
                    <w:t>En seguida</w:t>
                  </w:r>
                </w:p>
              </w:tc>
              <w:tc>
                <w:tcPr>
                  <w:tcW w:type="dxa" w:w="7459"/>
                  <w:shd w:fill="FFFFFF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Describa la colocación del informe y enumere referencias controladas precisas.</w:t>
                  </w:r>
                </w:p>
              </w:tc>
            </w:tr>
            <w:tr>
              <w:trPr>
                <w:cantSplit/>
                <w:trHeight w:val="90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Proyecto de respuesta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[Inserir información específica de la entidad]</w:t>
                  </w:r>
                </w:p>
              </w:tc>
            </w:tr>
            <w:tr>
              <w:trPr>
                <w:cantSplit/>
                <w:trHeight w:val="64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Evidencia / fuente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[Inserar identificación de la evidencia, informes del sistema, cálculos, políticas, minutos o referencias cruzadas]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Propietario / revisor / estado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Propietario: [ ] Revisor: [ ] Estado: [No comenzado / Proyecto / Revisado / Aprobado]</w:t>
                  </w:r>
                </w:p>
              </w:tc>
            </w:tr>
          </w:tbl>
          <w:p/>
        </w:tc>
      </w:tr>
    </w:tbl>
    <w:p>
      <w:pPr>
        <w:spacing w:after="4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922"/>
      </w:tblGrid>
      <w:tr>
        <w:trPr>
          <w:cantSplit/>
        </w:trPr>
        <w:tc>
          <w:tcPr>
            <w:tcW w:type="dxa" w:w="9792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 w:sz="0" w:color="FFFFFF"/>
              <w:left w:val="nil" w:sz="0" w:color="FFFFFF"/>
              <w:bottom w:val="nil" w:sz="0" w:color="FFFFFF"/>
              <w:right w:val="nil" w:sz="0" w:color="FFFFFF"/>
            </w:tcBorders>
          </w:tcPr>
          <w:p>
            <w:pPr>
              <w:spacing w:after="0" w:line="24" w:lineRule="auto"/>
            </w:pPr>
            <w:r>
              <w:rPr>
                <w:rFonts w:ascii="Arial" w:hAnsi="Arial"/>
                <w:color w:val="FFFFFF"/>
                <w:sz w:val="2"/>
              </w:rPr>
            </w:r>
          </w:p>
          <w:tbl>
            <w:tblPr>
              <w:tblW w:type="auto" w:w="0"/>
              <w:jc w:val="left"/>
              <w:tblLayout w:type="fixed"/>
              <w:tblLook w:firstColumn="1" w:firstRow="1" w:lastColumn="0" w:lastRow="0" w:noHBand="0" w:noVBand="1" w:val="04A0"/>
            </w:tblPr>
            <w:tblGrid>
              <w:gridCol w:w="4896"/>
              <w:gridCol w:w="4896"/>
            </w:tblGrid>
            <w:tr>
              <w:trPr>
                <w:cantSplit/>
              </w:trPr>
              <w:tc>
                <w:tcPr>
                  <w:tcW w:type="dxa" w:w="2088"/>
                  <w:shd w:fill="0D306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FFFFFF"/>
                      <w:sz w:val="17"/>
                    </w:rPr>
                    <w:t>En seguida</w:t>
                  </w:r>
                </w:p>
              </w:tc>
              <w:tc>
                <w:tcPr>
                  <w:tcW w:type="dxa" w:w="7459"/>
                  <w:shd w:fill="FFFFFF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Insertar la redacción sólo después de que se haya revisado la base técnica y jurídica completa.</w:t>
                  </w:r>
                </w:p>
              </w:tc>
            </w:tr>
            <w:tr>
              <w:trPr>
                <w:cantSplit/>
                <w:trHeight w:val="90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Proyecto de respuesta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[Inserir información específica de la entidad]</w:t>
                  </w:r>
                </w:p>
              </w:tc>
            </w:tr>
            <w:tr>
              <w:trPr>
                <w:cantSplit/>
                <w:trHeight w:val="64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Evidencia / fuente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[Inserar identificación de la evidencia, informes del sistema, cálculos, políticas, minutos o referencias cruzadas]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Propietario / revisor / estado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Propietario: [ ] Revisor: [ ] Estado: [No comenzado / Proyecto / Revisado / Aprobado]</w:t>
                  </w:r>
                </w:p>
              </w:tc>
            </w:tr>
          </w:tbl>
          <w:p/>
        </w:tc>
      </w:tr>
    </w:tbl>
    <w:p>
      <w:pPr>
        <w:spacing w:after="40"/>
      </w:pPr>
    </w:p>
    <w:p>
      <w:pPr>
        <w:pStyle w:val="Heading1"/>
        <w:pageBreakBefore/>
      </w:pPr>
      <w:r>
        <w:rPr>
          <w:rFonts w:ascii="Arial" w:hAnsi="Arial"/>
          <w:b/>
          <w:color w:val="0D3068"/>
          <w:sz w:val="38"/>
        </w:rPr>
        <w:t>2- Presentación general de la gestión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922"/>
      </w:tblGrid>
      <w:tr>
        <w:trPr>
          <w:cantSplit/>
        </w:trPr>
        <w:tc>
          <w:tcPr>
            <w:tcW w:type="dxa" w:w="9792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 w:sz="0" w:color="FFFFFF"/>
              <w:left w:val="nil" w:sz="0" w:color="FFFFFF"/>
              <w:bottom w:val="nil" w:sz="0" w:color="FFFFFF"/>
              <w:right w:val="nil" w:sz="0" w:color="FFFFFF"/>
            </w:tcBorders>
          </w:tcPr>
          <w:p>
            <w:pPr>
              <w:spacing w:after="0" w:line="24" w:lineRule="auto"/>
            </w:pPr>
            <w:r>
              <w:rPr>
                <w:rFonts w:ascii="Arial" w:hAnsi="Arial"/>
                <w:color w:val="FFFFFF"/>
                <w:sz w:val="2"/>
              </w:rPr>
            </w:r>
          </w:p>
          <w:tbl>
            <w:tblPr>
              <w:tblW w:type="auto" w:w="0"/>
              <w:jc w:val="left"/>
              <w:tblLayout w:type="fixed"/>
              <w:tblLook w:firstColumn="1" w:firstRow="1" w:lastColumn="0" w:lastRow="0" w:noHBand="0" w:noVBand="1" w:val="04A0"/>
            </w:tblPr>
            <w:tblGrid>
              <w:gridCol w:w="4896"/>
              <w:gridCol w:w="4896"/>
            </w:tblGrid>
            <w:tr>
              <w:trPr>
                <w:cantSplit/>
              </w:trPr>
              <w:tc>
                <w:tcPr>
                  <w:tcW w:type="dxa" w:w="2088"/>
                  <w:shd w:fill="0D306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FFFFFF"/>
                      <w:sz w:val="17"/>
                    </w:rPr>
                    <w:t>En seguida</w:t>
                  </w:r>
                </w:p>
              </w:tc>
              <w:tc>
                <w:tcPr>
                  <w:tcW w:type="dxa" w:w="7459"/>
                  <w:shd w:fill="FFFFFF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Resumir los riesgos y oportunidades significativos relacionados con la sostenibilidad que afectan a las perspectivas y los cambios importantes en el período.</w:t>
                  </w:r>
                </w:p>
              </w:tc>
            </w:tr>
            <w:tr>
              <w:trPr>
                <w:cantSplit/>
                <w:trHeight w:val="90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Proyecto de respuesta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[Inserir información específica de la entidad]</w:t>
                  </w:r>
                </w:p>
              </w:tc>
            </w:tr>
            <w:tr>
              <w:trPr>
                <w:cantSplit/>
                <w:trHeight w:val="64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Evidencia / fuente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[Inserar identificación de la evidencia, informes del sistema, cálculos, políticas, minutos o referencias cruzadas]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Propietario / revisor / estado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Propietario: [ ] Revisor: [ ] Estado: [No comenzado / Proyecto / Revisado / Aprobado]</w:t>
                  </w:r>
                </w:p>
              </w:tc>
            </w:tr>
          </w:tbl>
          <w:p/>
        </w:tc>
      </w:tr>
    </w:tbl>
    <w:p>
      <w:pPr>
        <w:spacing w:after="4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922"/>
      </w:tblGrid>
      <w:tr>
        <w:trPr>
          <w:cantSplit/>
        </w:trPr>
        <w:tc>
          <w:tcPr>
            <w:tcW w:type="dxa" w:w="9792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 w:sz="0" w:color="FFFFFF"/>
              <w:left w:val="nil" w:sz="0" w:color="FFFFFF"/>
              <w:bottom w:val="nil" w:sz="0" w:color="FFFFFF"/>
              <w:right w:val="nil" w:sz="0" w:color="FFFFFF"/>
            </w:tcBorders>
          </w:tcPr>
          <w:p>
            <w:pPr>
              <w:spacing w:after="0" w:line="24" w:lineRule="auto"/>
            </w:pPr>
            <w:r>
              <w:rPr>
                <w:rFonts w:ascii="Arial" w:hAnsi="Arial"/>
                <w:color w:val="FFFFFF"/>
                <w:sz w:val="2"/>
              </w:rPr>
            </w:r>
          </w:p>
          <w:tbl>
            <w:tblPr>
              <w:tblW w:type="auto" w:w="0"/>
              <w:jc w:val="left"/>
              <w:tblLayout w:type="fixed"/>
              <w:tblLook w:firstColumn="1" w:firstRow="1" w:lastColumn="0" w:lastRow="0" w:noHBand="0" w:noVBand="1" w:val="04A0"/>
            </w:tblPr>
            <w:tblGrid>
              <w:gridCol w:w="4896"/>
              <w:gridCol w:w="4896"/>
            </w:tblGrid>
            <w:tr>
              <w:trPr>
                <w:cantSplit/>
              </w:trPr>
              <w:tc>
                <w:tcPr>
                  <w:tcW w:type="dxa" w:w="2088"/>
                  <w:shd w:fill="0D306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FFFFFF"/>
                      <w:sz w:val="17"/>
                    </w:rPr>
                    <w:t>En seguida</w:t>
                  </w:r>
                </w:p>
              </w:tc>
              <w:tc>
                <w:tcPr>
                  <w:tcW w:type="dxa" w:w="7459"/>
                  <w:shd w:fill="FFFFFF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Resumir los modelos de negocio, estrategia, efectos financieros y conclusiones sobre la resiliencia más importantes.</w:t>
                  </w:r>
                </w:p>
              </w:tc>
            </w:tr>
            <w:tr>
              <w:trPr>
                <w:cantSplit/>
                <w:trHeight w:val="90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Proyecto de respuesta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[Inserir información específica de la entidad]</w:t>
                  </w:r>
                </w:p>
              </w:tc>
            </w:tr>
            <w:tr>
              <w:trPr>
                <w:cantSplit/>
                <w:trHeight w:val="64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Evidencia / fuente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[Inserar identificación de la evidencia, informes del sistema, cálculos, políticas, minutos o referencias cruzadas]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Propietario / revisor / estado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Propietario: [ ] Revisor: [ ] Estado: [No comenzado / Proyecto / Revisado / Aprobado]</w:t>
                  </w:r>
                </w:p>
              </w:tc>
            </w:tr>
          </w:tbl>
          <w:p/>
        </w:tc>
      </w:tr>
    </w:tbl>
    <w:p>
      <w:pPr>
        <w:spacing w:after="4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922"/>
      </w:tblGrid>
      <w:tr>
        <w:trPr>
          <w:cantSplit/>
        </w:trPr>
        <w:tc>
          <w:tcPr>
            <w:tcW w:type="dxa" w:w="9792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 w:sz="0" w:color="FFFFFF"/>
              <w:left w:val="nil" w:sz="0" w:color="FFFFFF"/>
              <w:bottom w:val="nil" w:sz="0" w:color="FFFFFF"/>
              <w:right w:val="nil" w:sz="0" w:color="FFFFFF"/>
            </w:tcBorders>
          </w:tcPr>
          <w:p>
            <w:pPr>
              <w:spacing w:after="0" w:line="24" w:lineRule="auto"/>
            </w:pPr>
            <w:r>
              <w:rPr>
                <w:rFonts w:ascii="Arial" w:hAnsi="Arial"/>
                <w:color w:val="FFFFFF"/>
                <w:sz w:val="2"/>
              </w:rPr>
            </w:r>
          </w:p>
          <w:tbl>
            <w:tblPr>
              <w:tblW w:type="auto" w:w="0"/>
              <w:jc w:val="left"/>
              <w:tblLayout w:type="fixed"/>
              <w:tblLook w:firstColumn="1" w:firstRow="1" w:lastColumn="0" w:lastRow="0" w:noHBand="0" w:noVBand="1" w:val="04A0"/>
            </w:tblPr>
            <w:tblGrid>
              <w:gridCol w:w="4896"/>
              <w:gridCol w:w="4896"/>
            </w:tblGrid>
            <w:tr>
              <w:trPr>
                <w:cantSplit/>
              </w:trPr>
              <w:tc>
                <w:tcPr>
                  <w:tcW w:type="dxa" w:w="2088"/>
                  <w:shd w:fill="0D306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FFFFFF"/>
                      <w:sz w:val="17"/>
                    </w:rPr>
                    <w:t>En seguida</w:t>
                  </w:r>
                </w:p>
              </w:tc>
              <w:tc>
                <w:tcPr>
                  <w:tcW w:type="dxa" w:w="7459"/>
                  <w:shd w:fill="FFFFFF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Resumen de los beneficios, la incertidumbre material, las limitaciones de alcance y la cobertura de garantía.</w:t>
                  </w:r>
                </w:p>
              </w:tc>
            </w:tr>
            <w:tr>
              <w:trPr>
                <w:cantSplit/>
                <w:trHeight w:val="90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Proyecto de respuesta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[Inserir información específica de la entidad]</w:t>
                  </w:r>
                </w:p>
              </w:tc>
            </w:tr>
            <w:tr>
              <w:trPr>
                <w:cantSplit/>
                <w:trHeight w:val="64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Evidencia / fuente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[Inserar identificación de la evidencia, informes del sistema, cálculos, políticas, minutos o referencias cruzadas]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Propietario / revisor / estado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Propietario: [ ] Revisor: [ ] Estado: [No comenzado / Proyecto / Revisado / Aprobado]</w:t>
                  </w:r>
                </w:p>
              </w:tc>
            </w:tr>
          </w:tbl>
          <w:p/>
        </w:tc>
      </w:tr>
    </w:tbl>
    <w:p>
      <w:pPr>
        <w:spacing w:after="40"/>
      </w:pPr>
    </w:p>
    <w:p>
      <w:pPr>
        <w:pStyle w:val="Heading1"/>
        <w:pageBreakBefore/>
      </w:pPr>
      <w:r>
        <w:rPr>
          <w:rFonts w:ascii="Arial" w:hAnsi="Arial"/>
          <w:b/>
          <w:color w:val="0D3068"/>
          <w:sz w:val="38"/>
        </w:rPr>
        <w:t>3- Gobierno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922"/>
      </w:tblGrid>
      <w:tr>
        <w:trPr>
          <w:cantSplit/>
        </w:trPr>
        <w:tc>
          <w:tcPr>
            <w:tcW w:type="dxa" w:w="9792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 w:sz="0" w:color="FFFFFF"/>
              <w:left w:val="nil" w:sz="0" w:color="FFFFFF"/>
              <w:bottom w:val="nil" w:sz="0" w:color="FFFFFF"/>
              <w:right w:val="nil" w:sz="0" w:color="FFFFFF"/>
            </w:tcBorders>
          </w:tcPr>
          <w:p>
            <w:pPr>
              <w:spacing w:after="0" w:line="24" w:lineRule="auto"/>
            </w:pPr>
            <w:r>
              <w:rPr>
                <w:rFonts w:ascii="Arial" w:hAnsi="Arial"/>
                <w:color w:val="FFFFFF"/>
                <w:sz w:val="2"/>
              </w:rPr>
            </w:r>
          </w:p>
          <w:tbl>
            <w:tblPr>
              <w:tblW w:type="auto" w:w="0"/>
              <w:jc w:val="left"/>
              <w:tblLayout w:type="fixed"/>
              <w:tblLook w:firstColumn="1" w:firstRow="1" w:lastColumn="0" w:lastRow="0" w:noHBand="0" w:noVBand="1" w:val="04A0"/>
            </w:tblPr>
            <w:tblGrid>
              <w:gridCol w:w="4896"/>
              <w:gridCol w:w="4896"/>
            </w:tblGrid>
            <w:tr>
              <w:trPr>
                <w:cantSplit/>
              </w:trPr>
              <w:tc>
                <w:tcPr>
                  <w:tcW w:type="dxa" w:w="2088"/>
                  <w:shd w:fill="0D306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FFFFFF"/>
                      <w:sz w:val="17"/>
                    </w:rPr>
                    <w:t>En seguida</w:t>
                  </w:r>
                </w:p>
              </w:tc>
              <w:tc>
                <w:tcPr>
                  <w:tcW w:type="dxa" w:w="7459"/>
                  <w:shd w:fill="FFFFFF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Identificar el organismo o individuo y cómo se reflejan las responsabilidades en los mandatos y políticas.</w:t>
                  </w:r>
                </w:p>
              </w:tc>
            </w:tr>
            <w:tr>
              <w:trPr>
                <w:cantSplit/>
                <w:trHeight w:val="90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Proyecto de respuesta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[Inserir información específica de la entidad]</w:t>
                  </w:r>
                </w:p>
              </w:tc>
            </w:tr>
            <w:tr>
              <w:trPr>
                <w:cantSplit/>
                <w:trHeight w:val="64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Evidencia / fuente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[Inserar identificación de la evidencia, informes del sistema, cálculos, políticas, minutos o referencias cruzadas]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Propietario / revisor / estado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Propietario: [ ] Revisor: [ ] Estado: [No comenzado / Proyecto / Revisado / Aprobado]</w:t>
                  </w:r>
                </w:p>
              </w:tc>
            </w:tr>
          </w:tbl>
          <w:p/>
        </w:tc>
      </w:tr>
    </w:tbl>
    <w:p>
      <w:pPr>
        <w:spacing w:after="4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922"/>
      </w:tblGrid>
      <w:tr>
        <w:trPr>
          <w:cantSplit/>
        </w:trPr>
        <w:tc>
          <w:tcPr>
            <w:tcW w:type="dxa" w:w="9792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 w:sz="0" w:color="FFFFFF"/>
              <w:left w:val="nil" w:sz="0" w:color="FFFFFF"/>
              <w:bottom w:val="nil" w:sz="0" w:color="FFFFFF"/>
              <w:right w:val="nil" w:sz="0" w:color="FFFFFF"/>
            </w:tcBorders>
          </w:tcPr>
          <w:p>
            <w:pPr>
              <w:spacing w:after="0" w:line="24" w:lineRule="auto"/>
            </w:pPr>
            <w:r>
              <w:rPr>
                <w:rFonts w:ascii="Arial" w:hAnsi="Arial"/>
                <w:color w:val="FFFFFF"/>
                <w:sz w:val="2"/>
              </w:rPr>
            </w:r>
          </w:p>
          <w:tbl>
            <w:tblPr>
              <w:tblW w:type="auto" w:w="0"/>
              <w:jc w:val="left"/>
              <w:tblLayout w:type="fixed"/>
              <w:tblLook w:firstColumn="1" w:firstRow="1" w:lastColumn="0" w:lastRow="0" w:noHBand="0" w:noVBand="1" w:val="04A0"/>
            </w:tblPr>
            <w:tblGrid>
              <w:gridCol w:w="4896"/>
              <w:gridCol w:w="4896"/>
            </w:tblGrid>
            <w:tr>
              <w:trPr>
                <w:cantSplit/>
              </w:trPr>
              <w:tc>
                <w:tcPr>
                  <w:tcW w:type="dxa" w:w="2088"/>
                  <w:shd w:fill="0D306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FFFFFF"/>
                      <w:sz w:val="17"/>
                    </w:rPr>
                    <w:t>En seguida</w:t>
                  </w:r>
                </w:p>
              </w:tc>
              <w:tc>
                <w:tcPr>
                  <w:tcW w:type="dxa" w:w="7459"/>
                  <w:shd w:fill="FFFFFF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Explica cómo se dispone o desarrolla habilidades apropiadas.</w:t>
                  </w:r>
                </w:p>
              </w:tc>
            </w:tr>
            <w:tr>
              <w:trPr>
                <w:cantSplit/>
                <w:trHeight w:val="90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Proyecto de respuesta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[Inserir información específica de la entidad]</w:t>
                  </w:r>
                </w:p>
              </w:tc>
            </w:tr>
            <w:tr>
              <w:trPr>
                <w:cantSplit/>
                <w:trHeight w:val="64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Evidencia / fuente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[Inserar identificación de la evidencia, informes del sistema, cálculos, políticas, minutos o referencias cruzadas]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Propietario / revisor / estado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Propietario: [ ] Revisor: [ ] Estado: [No comenzado / Proyecto / Revisado / Aprobado]</w:t>
                  </w:r>
                </w:p>
              </w:tc>
            </w:tr>
          </w:tbl>
          <w:p/>
        </w:tc>
      </w:tr>
    </w:tbl>
    <w:p>
      <w:pPr>
        <w:spacing w:after="4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922"/>
      </w:tblGrid>
      <w:tr>
        <w:trPr>
          <w:cantSplit/>
        </w:trPr>
        <w:tc>
          <w:tcPr>
            <w:tcW w:type="dxa" w:w="9792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 w:sz="0" w:color="FFFFFF"/>
              <w:left w:val="nil" w:sz="0" w:color="FFFFFF"/>
              <w:bottom w:val="nil" w:sz="0" w:color="FFFFFF"/>
              <w:right w:val="nil" w:sz="0" w:color="FFFFFF"/>
            </w:tcBorders>
          </w:tcPr>
          <w:p>
            <w:pPr>
              <w:spacing w:after="0" w:line="24" w:lineRule="auto"/>
            </w:pPr>
            <w:r>
              <w:rPr>
                <w:rFonts w:ascii="Arial" w:hAnsi="Arial"/>
                <w:color w:val="FFFFFF"/>
                <w:sz w:val="2"/>
              </w:rPr>
            </w:r>
          </w:p>
          <w:tbl>
            <w:tblPr>
              <w:tblW w:type="auto" w:w="0"/>
              <w:jc w:val="left"/>
              <w:tblLayout w:type="fixed"/>
              <w:tblLook w:firstColumn="1" w:firstRow="1" w:lastColumn="0" w:lastRow="0" w:noHBand="0" w:noVBand="1" w:val="04A0"/>
            </w:tblPr>
            <w:tblGrid>
              <w:gridCol w:w="4896"/>
              <w:gridCol w:w="4896"/>
            </w:tblGrid>
            <w:tr>
              <w:trPr>
                <w:cantSplit/>
              </w:trPr>
              <w:tc>
                <w:tcPr>
                  <w:tcW w:type="dxa" w:w="2088"/>
                  <w:shd w:fill="0D306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FFFFFF"/>
                      <w:sz w:val="17"/>
                    </w:rPr>
                    <w:t>En seguida</w:t>
                  </w:r>
                </w:p>
              </w:tc>
              <w:tc>
                <w:tcPr>
                  <w:tcW w:type="dxa" w:w="7459"/>
                  <w:shd w:fill="FFFFFF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Explica cómo y con qué frecuencia se informa al organismo y cuáles son los umbrales de escalada aplicables.</w:t>
                  </w:r>
                </w:p>
              </w:tc>
            </w:tr>
            <w:tr>
              <w:trPr>
                <w:cantSplit/>
                <w:trHeight w:val="90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Proyecto de respuesta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[Inserir información específica de la entidad]</w:t>
                  </w:r>
                </w:p>
              </w:tc>
            </w:tr>
            <w:tr>
              <w:trPr>
                <w:cantSplit/>
                <w:trHeight w:val="64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Evidencia / fuente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[Inserar identificación de la evidencia, informes del sistema, cálculos, políticas, minutos o referencias cruzadas]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Propietario / revisor / estado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Propietario: [ ] Revisor: [ ] Estado: [No comenzado / Proyecto / Revisado / Aprobado]</w:t>
                  </w:r>
                </w:p>
              </w:tc>
            </w:tr>
          </w:tbl>
          <w:p/>
        </w:tc>
      </w:tr>
    </w:tbl>
    <w:p>
      <w:pPr>
        <w:spacing w:after="4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922"/>
      </w:tblGrid>
      <w:tr>
        <w:trPr>
          <w:cantSplit/>
        </w:trPr>
        <w:tc>
          <w:tcPr>
            <w:tcW w:type="dxa" w:w="9792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 w:sz="0" w:color="FFFFFF"/>
              <w:left w:val="nil" w:sz="0" w:color="FFFFFF"/>
              <w:bottom w:val="nil" w:sz="0" w:color="FFFFFF"/>
              <w:right w:val="nil" w:sz="0" w:color="FFFFFF"/>
            </w:tcBorders>
          </w:tcPr>
          <w:p>
            <w:pPr>
              <w:spacing w:after="0" w:line="24" w:lineRule="auto"/>
            </w:pPr>
            <w:r>
              <w:rPr>
                <w:rFonts w:ascii="Arial" w:hAnsi="Arial"/>
                <w:color w:val="FFFFFF"/>
                <w:sz w:val="2"/>
              </w:rPr>
            </w:r>
          </w:p>
          <w:tbl>
            <w:tblPr>
              <w:tblW w:type="auto" w:w="0"/>
              <w:jc w:val="left"/>
              <w:tblLayout w:type="fixed"/>
              <w:tblLook w:firstColumn="1" w:firstRow="1" w:lastColumn="0" w:lastRow="0" w:noHBand="0" w:noVBand="1" w:val="04A0"/>
            </w:tblPr>
            <w:tblGrid>
              <w:gridCol w:w="4896"/>
              <w:gridCol w:w="4896"/>
            </w:tblGrid>
            <w:tr>
              <w:trPr>
                <w:cantSplit/>
              </w:trPr>
              <w:tc>
                <w:tcPr>
                  <w:tcW w:type="dxa" w:w="2088"/>
                  <w:shd w:fill="0D306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FFFFFF"/>
                      <w:sz w:val="17"/>
                    </w:rPr>
                    <w:t>En seguida</w:t>
                  </w:r>
                </w:p>
              </w:tc>
              <w:tc>
                <w:tcPr>
                  <w:tcW w:type="dxa" w:w="7459"/>
                  <w:shd w:fill="FFFFFF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Explicar cómo se consideran las cuestiones de sostenibilidad en la estrategia, las transacciones importantes y la gestión del riesgo.</w:t>
                  </w:r>
                </w:p>
              </w:tc>
            </w:tr>
            <w:tr>
              <w:trPr>
                <w:cantSplit/>
                <w:trHeight w:val="90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Proyecto de respuesta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[Inserir información específica de la entidad]</w:t>
                  </w:r>
                </w:p>
              </w:tc>
            </w:tr>
            <w:tr>
              <w:trPr>
                <w:cantSplit/>
                <w:trHeight w:val="64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Evidencia / fuente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[Inserar identificación de la evidencia, informes del sistema, cálculos, políticas, minutos o referencias cruzadas]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Propietario / revisor / estado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Propietario: [ ] Revisor: [ ] Estado: [No comenzado / Proyecto / Revisado / Aprobado]</w:t>
                  </w:r>
                </w:p>
              </w:tc>
            </w:tr>
          </w:tbl>
          <w:p/>
        </w:tc>
      </w:tr>
    </w:tbl>
    <w:p>
      <w:pPr>
        <w:spacing w:after="4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922"/>
      </w:tblGrid>
      <w:tr>
        <w:trPr>
          <w:cantSplit/>
        </w:trPr>
        <w:tc>
          <w:tcPr>
            <w:tcW w:type="dxa" w:w="9792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 w:sz="0" w:color="FFFFFF"/>
              <w:left w:val="nil" w:sz="0" w:color="FFFFFF"/>
              <w:bottom w:val="nil" w:sz="0" w:color="FFFFFF"/>
              <w:right w:val="nil" w:sz="0" w:color="FFFFFF"/>
            </w:tcBorders>
          </w:tcPr>
          <w:p>
            <w:pPr>
              <w:spacing w:after="0" w:line="24" w:lineRule="auto"/>
            </w:pPr>
            <w:r>
              <w:rPr>
                <w:rFonts w:ascii="Arial" w:hAnsi="Arial"/>
                <w:color w:val="FFFFFF"/>
                <w:sz w:val="2"/>
              </w:rPr>
            </w:r>
          </w:p>
          <w:tbl>
            <w:tblPr>
              <w:tblW w:type="auto" w:w="0"/>
              <w:jc w:val="left"/>
              <w:tblLayout w:type="fixed"/>
              <w:tblLook w:firstColumn="1" w:firstRow="1" w:lastColumn="0" w:lastRow="0" w:noHBand="0" w:noVBand="1" w:val="04A0"/>
            </w:tblPr>
            <w:tblGrid>
              <w:gridCol w:w="4896"/>
              <w:gridCol w:w="4896"/>
            </w:tblGrid>
            <w:tr>
              <w:trPr>
                <w:cantSplit/>
              </w:trPr>
              <w:tc>
                <w:tcPr>
                  <w:tcW w:type="dxa" w:w="2088"/>
                  <w:shd w:fill="0D306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FFFFFF"/>
                      <w:sz w:val="17"/>
                    </w:rPr>
                    <w:t>En seguida</w:t>
                  </w:r>
                </w:p>
              </w:tc>
              <w:tc>
                <w:tcPr>
                  <w:tcW w:type="dxa" w:w="7459"/>
                  <w:shd w:fill="FFFFFF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Explicar la supervisión de la fijación de objetivos, el progreso y cualquier vínculo de remuneración.</w:t>
                  </w:r>
                </w:p>
              </w:tc>
            </w:tr>
            <w:tr>
              <w:trPr>
                <w:cantSplit/>
                <w:trHeight w:val="90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Proyecto de respuesta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[Inserir información específica de la entidad]</w:t>
                  </w:r>
                </w:p>
              </w:tc>
            </w:tr>
            <w:tr>
              <w:trPr>
                <w:cantSplit/>
                <w:trHeight w:val="64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Evidencia / fuente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[Inserar identificación de la evidencia, informes del sistema, cálculos, políticas, minutos o referencias cruzadas]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Propietario / revisor / estado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Propietario: [ ] Revisor: [ ] Estado: [No comenzado / Proyecto / Revisado / Aprobado]</w:t>
                  </w:r>
                </w:p>
              </w:tc>
            </w:tr>
          </w:tbl>
          <w:p/>
        </w:tc>
      </w:tr>
    </w:tbl>
    <w:p>
      <w:pPr>
        <w:spacing w:after="4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922"/>
      </w:tblGrid>
      <w:tr>
        <w:trPr>
          <w:cantSplit/>
        </w:trPr>
        <w:tc>
          <w:tcPr>
            <w:tcW w:type="dxa" w:w="9792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 w:sz="0" w:color="FFFFFF"/>
              <w:left w:val="nil" w:sz="0" w:color="FFFFFF"/>
              <w:bottom w:val="nil" w:sz="0" w:color="FFFFFF"/>
              <w:right w:val="nil" w:sz="0" w:color="FFFFFF"/>
            </w:tcBorders>
          </w:tcPr>
          <w:p>
            <w:pPr>
              <w:spacing w:after="0" w:line="24" w:lineRule="auto"/>
            </w:pPr>
            <w:r>
              <w:rPr>
                <w:rFonts w:ascii="Arial" w:hAnsi="Arial"/>
                <w:color w:val="FFFFFF"/>
                <w:sz w:val="2"/>
              </w:rPr>
            </w:r>
          </w:p>
          <w:tbl>
            <w:tblPr>
              <w:tblW w:type="auto" w:w="0"/>
              <w:jc w:val="left"/>
              <w:tblLayout w:type="fixed"/>
              <w:tblLook w:firstColumn="1" w:firstRow="1" w:lastColumn="0" w:lastRow="0" w:noHBand="0" w:noVBand="1" w:val="04A0"/>
            </w:tblPr>
            <w:tblGrid>
              <w:gridCol w:w="4896"/>
              <w:gridCol w:w="4896"/>
            </w:tblGrid>
            <w:tr>
              <w:trPr>
                <w:cantSplit/>
              </w:trPr>
              <w:tc>
                <w:tcPr>
                  <w:tcW w:type="dxa" w:w="2088"/>
                  <w:shd w:fill="0D306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FFFFFF"/>
                      <w:sz w:val="17"/>
                    </w:rPr>
                    <w:t>En seguida</w:t>
                  </w:r>
                </w:p>
              </w:tc>
              <w:tc>
                <w:tcPr>
                  <w:tcW w:type="dxa" w:w="7459"/>
                  <w:shd w:fill="FFFFFF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Explicar la delegación de la gestión, las líneas de presentación de informes y la integración de los controles con otras funciones.</w:t>
                  </w:r>
                </w:p>
              </w:tc>
            </w:tr>
            <w:tr>
              <w:trPr>
                <w:cantSplit/>
                <w:trHeight w:val="90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Proyecto de respuesta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[Inserir información específica de la entidad]</w:t>
                  </w:r>
                </w:p>
              </w:tc>
            </w:tr>
            <w:tr>
              <w:trPr>
                <w:cantSplit/>
                <w:trHeight w:val="64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Evidencia / fuente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[Inserar identificación de la evidencia, informes del sistema, cálculos, políticas, minutos o referencias cruzadas]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Propietario / revisor / estado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Propietario: [ ] Revisor: [ ] Estado: [No comenzado / Proyecto / Revisado / Aprobado]</w:t>
                  </w:r>
                </w:p>
              </w:tc>
            </w:tr>
          </w:tbl>
          <w:p/>
        </w:tc>
      </w:tr>
    </w:tbl>
    <w:p>
      <w:pPr>
        <w:spacing w:after="40"/>
      </w:pPr>
    </w:p>
    <w:p>
      <w:pPr>
        <w:pStyle w:val="Heading1"/>
        <w:pageBreakBefore/>
      </w:pPr>
      <w:r>
        <w:rPr>
          <w:rFonts w:ascii="Arial" w:hAnsi="Arial"/>
          <w:b/>
          <w:color w:val="0D3068"/>
          <w:sz w:val="38"/>
        </w:rPr>
        <w:t>4- Estrategia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922"/>
      </w:tblGrid>
      <w:tr>
        <w:trPr>
          <w:cantSplit/>
        </w:trPr>
        <w:tc>
          <w:tcPr>
            <w:tcW w:type="dxa" w:w="9792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 w:sz="0" w:color="FFFFFF"/>
              <w:left w:val="nil" w:sz="0" w:color="FFFFFF"/>
              <w:bottom w:val="nil" w:sz="0" w:color="FFFFFF"/>
              <w:right w:val="nil" w:sz="0" w:color="FFFFFF"/>
            </w:tcBorders>
          </w:tcPr>
          <w:p>
            <w:pPr>
              <w:spacing w:after="0" w:line="24" w:lineRule="auto"/>
            </w:pPr>
            <w:r>
              <w:rPr>
                <w:rFonts w:ascii="Arial" w:hAnsi="Arial"/>
                <w:color w:val="FFFFFF"/>
                <w:sz w:val="2"/>
              </w:rPr>
            </w:r>
          </w:p>
          <w:tbl>
            <w:tblPr>
              <w:tblW w:type="auto" w:w="0"/>
              <w:jc w:val="left"/>
              <w:tblLayout w:type="fixed"/>
              <w:tblLook w:firstColumn="1" w:firstRow="1" w:lastColumn="0" w:lastRow="0" w:noHBand="0" w:noVBand="1" w:val="04A0"/>
            </w:tblPr>
            <w:tblGrid>
              <w:gridCol w:w="4896"/>
              <w:gridCol w:w="4896"/>
            </w:tblGrid>
            <w:tr>
              <w:trPr>
                <w:cantSplit/>
              </w:trPr>
              <w:tc>
                <w:tcPr>
                  <w:tcW w:type="dxa" w:w="2088"/>
                  <w:shd w:fill="0D306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FFFFFF"/>
                      <w:sz w:val="17"/>
                    </w:rPr>
                    <w:t>En seguida</w:t>
                  </w:r>
                </w:p>
              </w:tc>
              <w:tc>
                <w:tcPr>
                  <w:tcW w:type="dxa" w:w="7459"/>
                  <w:shd w:fill="FFFFFF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Describa el asunto, la causa, la exposición, la concentración y el horizonte temporal.</w:t>
                  </w:r>
                </w:p>
              </w:tc>
            </w:tr>
            <w:tr>
              <w:trPr>
                <w:cantSplit/>
                <w:trHeight w:val="90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Proyecto de respuesta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[Inserir información específica de la entidad]</w:t>
                  </w:r>
                </w:p>
              </w:tc>
            </w:tr>
            <w:tr>
              <w:trPr>
                <w:cantSplit/>
                <w:trHeight w:val="64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Evidencia / fuente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[Inserar identificación de la evidencia, informes del sistema, cálculos, políticas, minutos o referencias cruzadas]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Propietario / revisor / estado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Propietario: [ ] Revisor: [ ] Estado: [No comenzado / Proyecto / Revisado / Aprobado]</w:t>
                  </w:r>
                </w:p>
              </w:tc>
            </w:tr>
          </w:tbl>
          <w:p/>
        </w:tc>
      </w:tr>
    </w:tbl>
    <w:p>
      <w:pPr>
        <w:spacing w:after="4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922"/>
      </w:tblGrid>
      <w:tr>
        <w:trPr>
          <w:cantSplit/>
        </w:trPr>
        <w:tc>
          <w:tcPr>
            <w:tcW w:type="dxa" w:w="9792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 w:sz="0" w:color="FFFFFF"/>
              <w:left w:val="nil" w:sz="0" w:color="FFFFFF"/>
              <w:bottom w:val="nil" w:sz="0" w:color="FFFFFF"/>
              <w:right w:val="nil" w:sz="0" w:color="FFFFFF"/>
            </w:tcBorders>
          </w:tcPr>
          <w:p>
            <w:pPr>
              <w:spacing w:after="0" w:line="24" w:lineRule="auto"/>
            </w:pPr>
            <w:r>
              <w:rPr>
                <w:rFonts w:ascii="Arial" w:hAnsi="Arial"/>
                <w:color w:val="FFFFFF"/>
                <w:sz w:val="2"/>
              </w:rPr>
            </w:r>
          </w:p>
          <w:tbl>
            <w:tblPr>
              <w:tblW w:type="auto" w:w="0"/>
              <w:jc w:val="left"/>
              <w:tblLayout w:type="fixed"/>
              <w:tblLook w:firstColumn="1" w:firstRow="1" w:lastColumn="0" w:lastRow="0" w:noHBand="0" w:noVBand="1" w:val="04A0"/>
            </w:tblPr>
            <w:tblGrid>
              <w:gridCol w:w="4896"/>
              <w:gridCol w:w="4896"/>
            </w:tblGrid>
            <w:tr>
              <w:trPr>
                <w:cantSplit/>
              </w:trPr>
              <w:tc>
                <w:tcPr>
                  <w:tcW w:type="dxa" w:w="2088"/>
                  <w:shd w:fill="0D306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FFFFFF"/>
                      <w:sz w:val="17"/>
                    </w:rPr>
                    <w:t>En seguida</w:t>
                  </w:r>
                </w:p>
              </w:tc>
              <w:tc>
                <w:tcPr>
                  <w:tcW w:type="dxa" w:w="7459"/>
                  <w:shd w:fill="FFFFFF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Describa los efectos actuales y previstos y dónde se concentran.</w:t>
                  </w:r>
                </w:p>
              </w:tc>
            </w:tr>
            <w:tr>
              <w:trPr>
                <w:cantSplit/>
                <w:trHeight w:val="90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Proyecto de respuesta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[Inserir información específica de la entidad]</w:t>
                  </w:r>
                </w:p>
              </w:tc>
            </w:tr>
            <w:tr>
              <w:trPr>
                <w:cantSplit/>
                <w:trHeight w:val="64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Evidencia / fuente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[Inserar identificación de la evidencia, informes del sistema, cálculos, políticas, minutos o referencias cruzadas]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Propietario / revisor / estado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Propietario: [ ] Revisor: [ ] Estado: [No comenzado / Proyecto / Revisado / Aprobado]</w:t>
                  </w:r>
                </w:p>
              </w:tc>
            </w:tr>
          </w:tbl>
          <w:p/>
        </w:tc>
      </w:tr>
    </w:tbl>
    <w:p>
      <w:pPr>
        <w:spacing w:after="4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922"/>
      </w:tblGrid>
      <w:tr>
        <w:trPr>
          <w:cantSplit/>
        </w:trPr>
        <w:tc>
          <w:tcPr>
            <w:tcW w:type="dxa" w:w="9792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 w:sz="0" w:color="FFFFFF"/>
              <w:left w:val="nil" w:sz="0" w:color="FFFFFF"/>
              <w:bottom w:val="nil" w:sz="0" w:color="FFFFFF"/>
              <w:right w:val="nil" w:sz="0" w:color="FFFFFF"/>
            </w:tcBorders>
          </w:tcPr>
          <w:p>
            <w:pPr>
              <w:spacing w:after="0" w:line="24" w:lineRule="auto"/>
            </w:pPr>
            <w:r>
              <w:rPr>
                <w:rFonts w:ascii="Arial" w:hAnsi="Arial"/>
                <w:color w:val="FFFFFF"/>
                <w:sz w:val="2"/>
              </w:rPr>
            </w:r>
          </w:p>
          <w:tbl>
            <w:tblPr>
              <w:tblW w:type="auto" w:w="0"/>
              <w:jc w:val="left"/>
              <w:tblLayout w:type="fixed"/>
              <w:tblLook w:firstColumn="1" w:firstRow="1" w:lastColumn="0" w:lastRow="0" w:noHBand="0" w:noVBand="1" w:val="04A0"/>
            </w:tblPr>
            <w:tblGrid>
              <w:gridCol w:w="4896"/>
              <w:gridCol w:w="4896"/>
            </w:tblGrid>
            <w:tr>
              <w:trPr>
                <w:cantSplit/>
              </w:trPr>
              <w:tc>
                <w:tcPr>
                  <w:tcW w:type="dxa" w:w="2088"/>
                  <w:shd w:fill="0D306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FFFFFF"/>
                      <w:sz w:val="17"/>
                    </w:rPr>
                    <w:t>En seguida</w:t>
                  </w:r>
                </w:p>
              </w:tc>
              <w:tc>
                <w:tcPr>
                  <w:tcW w:type="dxa" w:w="7459"/>
                  <w:shd w:fill="FFFFFF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Describa las respuestas, los planes, el progreso, las decisiones y las compensaciones.</w:t>
                  </w:r>
                </w:p>
              </w:tc>
            </w:tr>
            <w:tr>
              <w:trPr>
                <w:cantSplit/>
                <w:trHeight w:val="90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Proyecto de respuesta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[Inserir información específica de la entidad]</w:t>
                  </w:r>
                </w:p>
              </w:tc>
            </w:tr>
            <w:tr>
              <w:trPr>
                <w:cantSplit/>
                <w:trHeight w:val="64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Evidencia / fuente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[Inserar identificación de la evidencia, informes del sistema, cálculos, políticas, minutos o referencias cruzadas]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Propietario / revisor / estado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Propietario: [ ] Revisor: [ ] Estado: [No comenzado / Proyecto / Revisado / Aprobado]</w:t>
                  </w:r>
                </w:p>
              </w:tc>
            </w:tr>
          </w:tbl>
          <w:p/>
        </w:tc>
      </w:tr>
    </w:tbl>
    <w:p>
      <w:pPr>
        <w:spacing w:after="4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922"/>
      </w:tblGrid>
      <w:tr>
        <w:trPr>
          <w:cantSplit/>
        </w:trPr>
        <w:tc>
          <w:tcPr>
            <w:tcW w:type="dxa" w:w="9792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 w:sz="0" w:color="FFFFFF"/>
              <w:left w:val="nil" w:sz="0" w:color="FFFFFF"/>
              <w:bottom w:val="nil" w:sz="0" w:color="FFFFFF"/>
              <w:right w:val="nil" w:sz="0" w:color="FFFFFF"/>
            </w:tcBorders>
          </w:tcPr>
          <w:p>
            <w:pPr>
              <w:spacing w:after="0" w:line="24" w:lineRule="auto"/>
            </w:pPr>
            <w:r>
              <w:rPr>
                <w:rFonts w:ascii="Arial" w:hAnsi="Arial"/>
                <w:color w:val="FFFFFF"/>
                <w:sz w:val="2"/>
              </w:rPr>
            </w:r>
          </w:p>
          <w:tbl>
            <w:tblPr>
              <w:tblW w:type="auto" w:w="0"/>
              <w:jc w:val="left"/>
              <w:tblLayout w:type="fixed"/>
              <w:tblLook w:firstColumn="1" w:firstRow="1" w:lastColumn="0" w:lastRow="0" w:noHBand="0" w:noVBand="1" w:val="04A0"/>
            </w:tblPr>
            <w:tblGrid>
              <w:gridCol w:w="4896"/>
              <w:gridCol w:w="4896"/>
            </w:tblGrid>
            <w:tr>
              <w:trPr>
                <w:cantSplit/>
              </w:trPr>
              <w:tc>
                <w:tcPr>
                  <w:tcW w:type="dxa" w:w="2088"/>
                  <w:shd w:fill="0D306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FFFFFF"/>
                      <w:sz w:val="17"/>
                    </w:rPr>
                    <w:t>En seguida</w:t>
                  </w:r>
                </w:p>
              </w:tc>
              <w:tc>
                <w:tcPr>
                  <w:tcW w:type="dxa" w:w="7459"/>
                  <w:shd w:fill="FFFFFF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Describa los efectos sobre la situación financiera, el desempeño y los flujos de caja en el período.</w:t>
                  </w:r>
                </w:p>
              </w:tc>
            </w:tr>
            <w:tr>
              <w:trPr>
                <w:cantSplit/>
                <w:trHeight w:val="90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Proyecto de respuesta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[Inserir información específica de la entidad]</w:t>
                  </w:r>
                </w:p>
              </w:tc>
            </w:tr>
            <w:tr>
              <w:trPr>
                <w:cantSplit/>
                <w:trHeight w:val="64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Evidencia / fuente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[Inserar identificación de la evidencia, informes del sistema, cálculos, políticas, minutos o referencias cruzadas]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Propietario / revisor / estado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Propietario: [ ] Revisor: [ ] Estado: [No comenzado / Proyecto / Revisado / Aprobado]</w:t>
                  </w:r>
                </w:p>
              </w:tc>
            </w:tr>
          </w:tbl>
          <w:p/>
        </w:tc>
      </w:tr>
    </w:tbl>
    <w:p>
      <w:pPr>
        <w:spacing w:after="4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922"/>
      </w:tblGrid>
      <w:tr>
        <w:trPr>
          <w:cantSplit/>
        </w:trPr>
        <w:tc>
          <w:tcPr>
            <w:tcW w:type="dxa" w:w="9792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 w:sz="0" w:color="FFFFFF"/>
              <w:left w:val="nil" w:sz="0" w:color="FFFFFF"/>
              <w:bottom w:val="nil" w:sz="0" w:color="FFFFFF"/>
              <w:right w:val="nil" w:sz="0" w:color="FFFFFF"/>
            </w:tcBorders>
          </w:tcPr>
          <w:p>
            <w:pPr>
              <w:spacing w:after="0" w:line="24" w:lineRule="auto"/>
            </w:pPr>
            <w:r>
              <w:rPr>
                <w:rFonts w:ascii="Arial" w:hAnsi="Arial"/>
                <w:color w:val="FFFFFF"/>
                <w:sz w:val="2"/>
              </w:rPr>
            </w:r>
          </w:p>
          <w:tbl>
            <w:tblPr>
              <w:tblW w:type="auto" w:w="0"/>
              <w:jc w:val="left"/>
              <w:tblLayout w:type="fixed"/>
              <w:tblLook w:firstColumn="1" w:firstRow="1" w:lastColumn="0" w:lastRow="0" w:noHBand="0" w:noVBand="1" w:val="04A0"/>
            </w:tblPr>
            <w:tblGrid>
              <w:gridCol w:w="4896"/>
              <w:gridCol w:w="4896"/>
            </w:tblGrid>
            <w:tr>
              <w:trPr>
                <w:cantSplit/>
              </w:trPr>
              <w:tc>
                <w:tcPr>
                  <w:tcW w:type="dxa" w:w="2088"/>
                  <w:shd w:fill="0D306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FFFFFF"/>
                      <w:sz w:val="17"/>
                    </w:rPr>
                    <w:t>En seguida</w:t>
                  </w:r>
                </w:p>
              </w:tc>
              <w:tc>
                <w:tcPr>
                  <w:tcW w:type="dxa" w:w="7459"/>
                  <w:shd w:fill="FFFFFF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Describa los efectos esperados a corto, mediano y largo plazo y cómo se incluyen en la planificación financiera.</w:t>
                  </w:r>
                </w:p>
              </w:tc>
            </w:tr>
            <w:tr>
              <w:trPr>
                <w:cantSplit/>
                <w:trHeight w:val="90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Proyecto de respuesta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[Inserir información específica de la entidad]</w:t>
                  </w:r>
                </w:p>
              </w:tc>
            </w:tr>
            <w:tr>
              <w:trPr>
                <w:cantSplit/>
                <w:trHeight w:val="64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Evidencia / fuente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[Inserar identificación de la evidencia, informes del sistema, cálculos, políticas, minutos o referencias cruzadas]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Propietario / revisor / estado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Propietario: [ ] Revisor: [ ] Estado: [No comenzado / Proyecto / Revisado / Aprobado]</w:t>
                  </w:r>
                </w:p>
              </w:tc>
            </w:tr>
          </w:tbl>
          <w:p/>
        </w:tc>
      </w:tr>
    </w:tbl>
    <w:p>
      <w:pPr>
        <w:spacing w:after="4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922"/>
      </w:tblGrid>
      <w:tr>
        <w:trPr>
          <w:cantSplit/>
        </w:trPr>
        <w:tc>
          <w:tcPr>
            <w:tcW w:type="dxa" w:w="9792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 w:sz="0" w:color="FFFFFF"/>
              <w:left w:val="nil" w:sz="0" w:color="FFFFFF"/>
              <w:bottom w:val="nil" w:sz="0" w:color="FFFFFF"/>
              <w:right w:val="nil" w:sz="0" w:color="FFFFFF"/>
            </w:tcBorders>
          </w:tcPr>
          <w:p>
            <w:pPr>
              <w:spacing w:after="0" w:line="24" w:lineRule="auto"/>
            </w:pPr>
            <w:r>
              <w:rPr>
                <w:rFonts w:ascii="Arial" w:hAnsi="Arial"/>
                <w:color w:val="FFFFFF"/>
                <w:sz w:val="2"/>
              </w:rPr>
            </w:r>
          </w:p>
          <w:tbl>
            <w:tblPr>
              <w:tblW w:type="auto" w:w="0"/>
              <w:jc w:val="left"/>
              <w:tblLayout w:type="fixed"/>
              <w:tblLook w:firstColumn="1" w:firstRow="1" w:lastColumn="0" w:lastRow="0" w:noHBand="0" w:noVBand="1" w:val="04A0"/>
            </w:tblPr>
            <w:tblGrid>
              <w:gridCol w:w="4896"/>
              <w:gridCol w:w="4896"/>
            </w:tblGrid>
            <w:tr>
              <w:trPr>
                <w:cantSplit/>
              </w:trPr>
              <w:tc>
                <w:tcPr>
                  <w:tcW w:type="dxa" w:w="2088"/>
                  <w:shd w:fill="0D306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FFFFFF"/>
                      <w:sz w:val="17"/>
                    </w:rPr>
                    <w:t>En seguida</w:t>
                  </w:r>
                </w:p>
              </w:tc>
              <w:tc>
                <w:tcPr>
                  <w:tcW w:type="dxa" w:w="7459"/>
                  <w:shd w:fill="FFFFFF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Proporcione cantidades o rangos, o explique el uso de ayuda y los elementos afectados.</w:t>
                  </w:r>
                </w:p>
              </w:tc>
            </w:tr>
            <w:tr>
              <w:trPr>
                <w:cantSplit/>
                <w:trHeight w:val="90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Proyecto de respuesta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[Inserir información específica de la entidad]</w:t>
                  </w:r>
                </w:p>
              </w:tc>
            </w:tr>
            <w:tr>
              <w:trPr>
                <w:cantSplit/>
                <w:trHeight w:val="64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Evidencia / fuente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[Inserar identificación de la evidencia, informes del sistema, cálculos, políticas, minutos o referencias cruzadas]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Propietario / revisor / estado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Propietario: [ ] Revisor: [ ] Estado: [No comenzado / Proyecto / Revisado / Aprobado]</w:t>
                  </w:r>
                </w:p>
              </w:tc>
            </w:tr>
          </w:tbl>
          <w:p/>
        </w:tc>
      </w:tr>
    </w:tbl>
    <w:p>
      <w:pPr>
        <w:spacing w:after="4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922"/>
      </w:tblGrid>
      <w:tr>
        <w:trPr>
          <w:cantSplit/>
        </w:trPr>
        <w:tc>
          <w:tcPr>
            <w:tcW w:type="dxa" w:w="9792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 w:sz="0" w:color="FFFFFF"/>
              <w:left w:val="nil" w:sz="0" w:color="FFFFFF"/>
              <w:bottom w:val="nil" w:sz="0" w:color="FFFFFF"/>
              <w:right w:val="nil" w:sz="0" w:color="FFFFFF"/>
            </w:tcBorders>
          </w:tcPr>
          <w:p>
            <w:pPr>
              <w:spacing w:after="0" w:line="24" w:lineRule="auto"/>
            </w:pPr>
            <w:r>
              <w:rPr>
                <w:rFonts w:ascii="Arial" w:hAnsi="Arial"/>
                <w:color w:val="FFFFFF"/>
                <w:sz w:val="2"/>
              </w:rPr>
            </w:r>
          </w:p>
          <w:tbl>
            <w:tblPr>
              <w:tblW w:type="auto" w:w="0"/>
              <w:jc w:val="left"/>
              <w:tblLayout w:type="fixed"/>
              <w:tblLook w:firstColumn="1" w:firstRow="1" w:lastColumn="0" w:lastRow="0" w:noHBand="0" w:noVBand="1" w:val="04A0"/>
            </w:tblPr>
            <w:tblGrid>
              <w:gridCol w:w="4896"/>
              <w:gridCol w:w="4896"/>
            </w:tblGrid>
            <w:tr>
              <w:trPr>
                <w:cantSplit/>
              </w:trPr>
              <w:tc>
                <w:tcPr>
                  <w:tcW w:type="dxa" w:w="2088"/>
                  <w:shd w:fill="0D306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FFFFFF"/>
                      <w:sz w:val="17"/>
                    </w:rPr>
                    <w:t>En seguida</w:t>
                  </w:r>
                </w:p>
              </w:tc>
              <w:tc>
                <w:tcPr>
                  <w:tcW w:type="dxa" w:w="7459"/>
                  <w:shd w:fill="FFFFFF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Describa la evaluación, las suposiciones, la capacidad de adaptación y las limitaciones.</w:t>
                  </w:r>
                </w:p>
              </w:tc>
            </w:tr>
            <w:tr>
              <w:trPr>
                <w:cantSplit/>
                <w:trHeight w:val="90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Proyecto de respuesta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[Inserir información específica de la entidad]</w:t>
                  </w:r>
                </w:p>
              </w:tc>
            </w:tr>
            <w:tr>
              <w:trPr>
                <w:cantSplit/>
                <w:trHeight w:val="64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Evidencia / fuente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[Inserar identificación de la evidencia, informes del sistema, cálculos, políticas, minutos o referencias cruzadas]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Propietario / revisor / estado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Propietario: [ ] Revisor: [ ] Estado: [No comenzado / Proyecto / Revisado / Aprobado]</w:t>
                  </w:r>
                </w:p>
              </w:tc>
            </w:tr>
          </w:tbl>
          <w:p/>
        </w:tc>
      </w:tr>
    </w:tbl>
    <w:p>
      <w:pPr>
        <w:spacing w:after="40"/>
      </w:pPr>
    </w:p>
    <w:p>
      <w:pPr>
        <w:pStyle w:val="Heading1"/>
        <w:pageBreakBefore/>
      </w:pPr>
      <w:r>
        <w:rPr>
          <w:rFonts w:ascii="Arial" w:hAnsi="Arial"/>
          <w:b/>
          <w:color w:val="0D3068"/>
          <w:sz w:val="38"/>
        </w:rPr>
        <w:t>5- Gestión de riesgos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922"/>
      </w:tblGrid>
      <w:tr>
        <w:trPr>
          <w:cantSplit/>
        </w:trPr>
        <w:tc>
          <w:tcPr>
            <w:tcW w:type="dxa" w:w="9792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 w:sz="0" w:color="FFFFFF"/>
              <w:left w:val="nil" w:sz="0" w:color="FFFFFF"/>
              <w:bottom w:val="nil" w:sz="0" w:color="FFFFFF"/>
              <w:right w:val="nil" w:sz="0" w:color="FFFFFF"/>
            </w:tcBorders>
          </w:tcPr>
          <w:p>
            <w:pPr>
              <w:spacing w:after="0" w:line="24" w:lineRule="auto"/>
            </w:pPr>
            <w:r>
              <w:rPr>
                <w:rFonts w:ascii="Arial" w:hAnsi="Arial"/>
                <w:color w:val="FFFFFF"/>
                <w:sz w:val="2"/>
              </w:rPr>
            </w:r>
          </w:p>
          <w:tbl>
            <w:tblPr>
              <w:tblW w:type="auto" w:w="0"/>
              <w:jc w:val="left"/>
              <w:tblLayout w:type="fixed"/>
              <w:tblLook w:firstColumn="1" w:firstRow="1" w:lastColumn="0" w:lastRow="0" w:noHBand="0" w:noVBand="1" w:val="04A0"/>
            </w:tblPr>
            <w:tblGrid>
              <w:gridCol w:w="4896"/>
              <w:gridCol w:w="4896"/>
            </w:tblGrid>
            <w:tr>
              <w:trPr>
                <w:cantSplit/>
              </w:trPr>
              <w:tc>
                <w:tcPr>
                  <w:tcW w:type="dxa" w:w="2088"/>
                  <w:shd w:fill="0D306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FFFFFF"/>
                      <w:sz w:val="17"/>
                    </w:rPr>
                    <w:t>En seguida</w:t>
                  </w:r>
                </w:p>
              </w:tc>
              <w:tc>
                <w:tcPr>
                  <w:tcW w:type="dxa" w:w="7459"/>
                  <w:shd w:fill="FFFFFF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Explicar los métodos, las fuentes, la cobertura de la cadena de valor y los factores desencadenantes.</w:t>
                  </w:r>
                </w:p>
              </w:tc>
            </w:tr>
            <w:tr>
              <w:trPr>
                <w:cantSplit/>
                <w:trHeight w:val="90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Proyecto de respuesta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[Inserir información específica de la entidad]</w:t>
                  </w:r>
                </w:p>
              </w:tc>
            </w:tr>
            <w:tr>
              <w:trPr>
                <w:cantSplit/>
                <w:trHeight w:val="64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Evidencia / fuente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[Inserar identificación de la evidencia, informes del sistema, cálculos, políticas, minutos o referencias cruzadas]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Propietario / revisor / estado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Propietario: [ ] Revisor: [ ] Estado: [No comenzado / Proyecto / Revisado / Aprobado]</w:t>
                  </w:r>
                </w:p>
              </w:tc>
            </w:tr>
          </w:tbl>
          <w:p/>
        </w:tc>
      </w:tr>
    </w:tbl>
    <w:p>
      <w:pPr>
        <w:spacing w:after="4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922"/>
      </w:tblGrid>
      <w:tr>
        <w:trPr>
          <w:cantSplit/>
        </w:trPr>
        <w:tc>
          <w:tcPr>
            <w:tcW w:type="dxa" w:w="9792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 w:sz="0" w:color="FFFFFF"/>
              <w:left w:val="nil" w:sz="0" w:color="FFFFFF"/>
              <w:bottom w:val="nil" w:sz="0" w:color="FFFFFF"/>
              <w:right w:val="nil" w:sz="0" w:color="FFFFFF"/>
            </w:tcBorders>
          </w:tcPr>
          <w:p>
            <w:pPr>
              <w:spacing w:after="0" w:line="24" w:lineRule="auto"/>
            </w:pPr>
            <w:r>
              <w:rPr>
                <w:rFonts w:ascii="Arial" w:hAnsi="Arial"/>
                <w:color w:val="FFFFFF"/>
                <w:sz w:val="2"/>
              </w:rPr>
            </w:r>
          </w:p>
          <w:tbl>
            <w:tblPr>
              <w:tblW w:type="auto" w:w="0"/>
              <w:jc w:val="left"/>
              <w:tblLayout w:type="fixed"/>
              <w:tblLook w:firstColumn="1" w:firstRow="1" w:lastColumn="0" w:lastRow="0" w:noHBand="0" w:noVBand="1" w:val="04A0"/>
            </w:tblPr>
            <w:tblGrid>
              <w:gridCol w:w="4896"/>
              <w:gridCol w:w="4896"/>
            </w:tblGrid>
            <w:tr>
              <w:trPr>
                <w:cantSplit/>
              </w:trPr>
              <w:tc>
                <w:tcPr>
                  <w:tcW w:type="dxa" w:w="2088"/>
                  <w:shd w:fill="0D306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FFFFFF"/>
                      <w:sz w:val="17"/>
                    </w:rPr>
                    <w:t>En seguida</w:t>
                  </w:r>
                </w:p>
              </w:tc>
              <w:tc>
                <w:tcPr>
                  <w:tcW w:type="dxa" w:w="7459"/>
                  <w:shd w:fill="FFFFFF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Explicar los criterios, la incertidumbre, la prioridad y los vínculos con la materialidad.</w:t>
                  </w:r>
                </w:p>
              </w:tc>
            </w:tr>
            <w:tr>
              <w:trPr>
                <w:cantSplit/>
                <w:trHeight w:val="90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Proyecto de respuesta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[Inserir información específica de la entidad]</w:t>
                  </w:r>
                </w:p>
              </w:tc>
            </w:tr>
            <w:tr>
              <w:trPr>
                <w:cantSplit/>
                <w:trHeight w:val="64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Evidencia / fuente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[Inserar identificación de la evidencia, informes del sistema, cálculos, políticas, minutos o referencias cruzadas]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Propietario / revisor / estado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Propietario: [ ] Revisor: [ ] Estado: [No comenzado / Proyecto / Revisado / Aprobado]</w:t>
                  </w:r>
                </w:p>
              </w:tc>
            </w:tr>
          </w:tbl>
          <w:p/>
        </w:tc>
      </w:tr>
    </w:tbl>
    <w:p>
      <w:pPr>
        <w:spacing w:after="4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922"/>
      </w:tblGrid>
      <w:tr>
        <w:trPr>
          <w:cantSplit/>
        </w:trPr>
        <w:tc>
          <w:tcPr>
            <w:tcW w:type="dxa" w:w="9792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 w:sz="0" w:color="FFFFFF"/>
              <w:left w:val="nil" w:sz="0" w:color="FFFFFF"/>
              <w:bottom w:val="nil" w:sz="0" w:color="FFFFFF"/>
              <w:right w:val="nil" w:sz="0" w:color="FFFFFF"/>
            </w:tcBorders>
          </w:tcPr>
          <w:p>
            <w:pPr>
              <w:spacing w:after="0" w:line="24" w:lineRule="auto"/>
            </w:pPr>
            <w:r>
              <w:rPr>
                <w:rFonts w:ascii="Arial" w:hAnsi="Arial"/>
                <w:color w:val="FFFFFF"/>
                <w:sz w:val="2"/>
              </w:rPr>
            </w:r>
          </w:p>
          <w:tbl>
            <w:tblPr>
              <w:tblW w:type="auto" w:w="0"/>
              <w:jc w:val="left"/>
              <w:tblLayout w:type="fixed"/>
              <w:tblLook w:firstColumn="1" w:firstRow="1" w:lastColumn="0" w:lastRow="0" w:noHBand="0" w:noVBand="1" w:val="04A0"/>
            </w:tblPr>
            <w:tblGrid>
              <w:gridCol w:w="4896"/>
              <w:gridCol w:w="4896"/>
            </w:tblGrid>
            <w:tr>
              <w:trPr>
                <w:cantSplit/>
              </w:trPr>
              <w:tc>
                <w:tcPr>
                  <w:tcW w:type="dxa" w:w="2088"/>
                  <w:shd w:fill="0D306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FFFFFF"/>
                      <w:sz w:val="17"/>
                    </w:rPr>
                    <w:t>En seguida</w:t>
                  </w:r>
                </w:p>
              </w:tc>
              <w:tc>
                <w:tcPr>
                  <w:tcW w:type="dxa" w:w="7459"/>
                  <w:shd w:fill="FFFFFF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Explica las métricas, los umbrales, los incidentes, los cambios y la escalada.</w:t>
                  </w:r>
                </w:p>
              </w:tc>
            </w:tr>
            <w:tr>
              <w:trPr>
                <w:cantSplit/>
                <w:trHeight w:val="90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Proyecto de respuesta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[Inserir información específica de la entidad]</w:t>
                  </w:r>
                </w:p>
              </w:tc>
            </w:tr>
            <w:tr>
              <w:trPr>
                <w:cantSplit/>
                <w:trHeight w:val="64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Evidencia / fuente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[Inserar identificación de la evidencia, informes del sistema, cálculos, políticas, minutos o referencias cruzadas]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Propietario / revisor / estado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Propietario: [ ] Revisor: [ ] Estado: [No comenzado / Proyecto / Revisado / Aprobado]</w:t>
                  </w:r>
                </w:p>
              </w:tc>
            </w:tr>
          </w:tbl>
          <w:p/>
        </w:tc>
      </w:tr>
    </w:tbl>
    <w:p>
      <w:pPr>
        <w:spacing w:after="4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922"/>
      </w:tblGrid>
      <w:tr>
        <w:trPr>
          <w:cantSplit/>
        </w:trPr>
        <w:tc>
          <w:tcPr>
            <w:tcW w:type="dxa" w:w="9792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 w:sz="0" w:color="FFFFFF"/>
              <w:left w:val="nil" w:sz="0" w:color="FFFFFF"/>
              <w:bottom w:val="nil" w:sz="0" w:color="FFFFFF"/>
              <w:right w:val="nil" w:sz="0" w:color="FFFFFF"/>
            </w:tcBorders>
          </w:tcPr>
          <w:p>
            <w:pPr>
              <w:spacing w:after="0" w:line="24" w:lineRule="auto"/>
            </w:pPr>
            <w:r>
              <w:rPr>
                <w:rFonts w:ascii="Arial" w:hAnsi="Arial"/>
                <w:color w:val="FFFFFF"/>
                <w:sz w:val="2"/>
              </w:rPr>
            </w:r>
          </w:p>
          <w:tbl>
            <w:tblPr>
              <w:tblW w:type="auto" w:w="0"/>
              <w:jc w:val="left"/>
              <w:tblLayout w:type="fixed"/>
              <w:tblLook w:firstColumn="1" w:firstRow="1" w:lastColumn="0" w:lastRow="0" w:noHBand="0" w:noVBand="1" w:val="04A0"/>
            </w:tblPr>
            <w:tblGrid>
              <w:gridCol w:w="4896"/>
              <w:gridCol w:w="4896"/>
            </w:tblGrid>
            <w:tr>
              <w:trPr>
                <w:cantSplit/>
              </w:trPr>
              <w:tc>
                <w:tcPr>
                  <w:tcW w:type="dxa" w:w="2088"/>
                  <w:shd w:fill="0D306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FFFFFF"/>
                      <w:sz w:val="17"/>
                    </w:rPr>
                    <w:t>En seguida</w:t>
                  </w:r>
                </w:p>
              </w:tc>
              <w:tc>
                <w:tcPr>
                  <w:tcW w:type="dxa" w:w="7459"/>
                  <w:shd w:fill="FFFFFF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Explicar la integración con la gestión de riesgos, estrategia, finanzas y controles empresariales.</w:t>
                  </w:r>
                </w:p>
              </w:tc>
            </w:tr>
            <w:tr>
              <w:trPr>
                <w:cantSplit/>
                <w:trHeight w:val="90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Proyecto de respuesta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[Inserir información específica de la entidad]</w:t>
                  </w:r>
                </w:p>
              </w:tc>
            </w:tr>
            <w:tr>
              <w:trPr>
                <w:cantSplit/>
                <w:trHeight w:val="64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Evidencia / fuente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[Inserar identificación de la evidencia, informes del sistema, cálculos, políticas, minutos o referencias cruzadas]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Propietario / revisor / estado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Propietario: [ ] Revisor: [ ] Estado: [No comenzado / Proyecto / Revisado / Aprobado]</w:t>
                  </w:r>
                </w:p>
              </w:tc>
            </w:tr>
          </w:tbl>
          <w:p/>
        </w:tc>
      </w:tr>
    </w:tbl>
    <w:p>
      <w:pPr>
        <w:spacing w:after="4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922"/>
      </w:tblGrid>
      <w:tr>
        <w:trPr>
          <w:cantSplit/>
        </w:trPr>
        <w:tc>
          <w:tcPr>
            <w:tcW w:type="dxa" w:w="9792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 w:sz="0" w:color="FFFFFF"/>
              <w:left w:val="nil" w:sz="0" w:color="FFFFFF"/>
              <w:bottom w:val="nil" w:sz="0" w:color="FFFFFF"/>
              <w:right w:val="nil" w:sz="0" w:color="FFFFFF"/>
            </w:tcBorders>
          </w:tcPr>
          <w:p>
            <w:pPr>
              <w:spacing w:after="0" w:line="24" w:lineRule="auto"/>
            </w:pPr>
            <w:r>
              <w:rPr>
                <w:rFonts w:ascii="Arial" w:hAnsi="Arial"/>
                <w:color w:val="FFFFFF"/>
                <w:sz w:val="2"/>
              </w:rPr>
            </w:r>
          </w:p>
          <w:tbl>
            <w:tblPr>
              <w:tblW w:type="auto" w:w="0"/>
              <w:jc w:val="left"/>
              <w:tblLayout w:type="fixed"/>
              <w:tblLook w:firstColumn="1" w:firstRow="1" w:lastColumn="0" w:lastRow="0" w:noHBand="0" w:noVBand="1" w:val="04A0"/>
            </w:tblPr>
            <w:tblGrid>
              <w:gridCol w:w="4896"/>
              <w:gridCol w:w="4896"/>
            </w:tblGrid>
            <w:tr>
              <w:trPr>
                <w:cantSplit/>
              </w:trPr>
              <w:tc>
                <w:tcPr>
                  <w:tcW w:type="dxa" w:w="2088"/>
                  <w:shd w:fill="0D306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FFFFFF"/>
                      <w:sz w:val="17"/>
                    </w:rPr>
                    <w:t>En seguida</w:t>
                  </w:r>
                </w:p>
              </w:tc>
              <w:tc>
                <w:tcPr>
                  <w:tcW w:type="dxa" w:w="7459"/>
                  <w:shd w:fill="FFFFFF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Describa los cambios significativos respecto al período anterior.</w:t>
                  </w:r>
                </w:p>
              </w:tc>
            </w:tr>
            <w:tr>
              <w:trPr>
                <w:cantSplit/>
                <w:trHeight w:val="90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Proyecto de respuesta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[Inserir información específica de la entidad]</w:t>
                  </w:r>
                </w:p>
              </w:tc>
            </w:tr>
            <w:tr>
              <w:trPr>
                <w:cantSplit/>
                <w:trHeight w:val="64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Evidencia / fuente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[Inserar identificación de la evidencia, informes del sistema, cálculos, políticas, minutos o referencias cruzadas]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Propietario / revisor / estado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Propietario: [ ] Revisor: [ ] Estado: [No comenzado / Proyecto / Revisado / Aprobado]</w:t>
                  </w:r>
                </w:p>
              </w:tc>
            </w:tr>
          </w:tbl>
          <w:p/>
        </w:tc>
      </w:tr>
    </w:tbl>
    <w:p>
      <w:pPr>
        <w:spacing w:after="40"/>
      </w:pPr>
    </w:p>
    <w:p>
      <w:pPr>
        <w:pStyle w:val="Heading1"/>
        <w:pageBreakBefore/>
      </w:pPr>
      <w:r>
        <w:rPr>
          <w:rFonts w:ascii="Arial" w:hAnsi="Arial"/>
          <w:b/>
          <w:color w:val="0D3068"/>
          <w:sz w:val="38"/>
        </w:rPr>
        <w:t>6- Metricas y objetivos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922"/>
      </w:tblGrid>
      <w:tr>
        <w:trPr>
          <w:cantSplit/>
        </w:trPr>
        <w:tc>
          <w:tcPr>
            <w:tcW w:type="dxa" w:w="9792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 w:sz="0" w:color="FFFFFF"/>
              <w:left w:val="nil" w:sz="0" w:color="FFFFFF"/>
              <w:bottom w:val="nil" w:sz="0" w:color="FFFFFF"/>
              <w:right w:val="nil" w:sz="0" w:color="FFFFFF"/>
            </w:tcBorders>
          </w:tcPr>
          <w:p>
            <w:pPr>
              <w:spacing w:after="0" w:line="24" w:lineRule="auto"/>
            </w:pPr>
            <w:r>
              <w:rPr>
                <w:rFonts w:ascii="Arial" w:hAnsi="Arial"/>
                <w:color w:val="FFFFFF"/>
                <w:sz w:val="2"/>
              </w:rPr>
            </w:r>
          </w:p>
          <w:tbl>
            <w:tblPr>
              <w:tblW w:type="auto" w:w="0"/>
              <w:jc w:val="left"/>
              <w:tblLayout w:type="fixed"/>
              <w:tblLook w:firstColumn="1" w:firstRow="1" w:lastColumn="0" w:lastRow="0" w:noHBand="0" w:noVBand="1" w:val="04A0"/>
            </w:tblPr>
            <w:tblGrid>
              <w:gridCol w:w="4896"/>
              <w:gridCol w:w="4896"/>
            </w:tblGrid>
            <w:tr>
              <w:trPr>
                <w:cantSplit/>
              </w:trPr>
              <w:tc>
                <w:tcPr>
                  <w:tcW w:type="dxa" w:w="2088"/>
                  <w:shd w:fill="0D306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FFFFFF"/>
                      <w:sz w:val="17"/>
                    </w:rPr>
                    <w:t>En seguida</w:t>
                  </w:r>
                </w:p>
              </w:tc>
              <w:tc>
                <w:tcPr>
                  <w:tcW w:type="dxa" w:w="7459"/>
                  <w:shd w:fill="FFFFFF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Lista de las métricas requeridas por un UK Estándar de información sobre sostenibilidad.</w:t>
                  </w:r>
                </w:p>
              </w:tc>
            </w:tr>
            <w:tr>
              <w:trPr>
                <w:cantSplit/>
                <w:trHeight w:val="90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Proyecto de respuesta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[Inserir información específica de la entidad]</w:t>
                  </w:r>
                </w:p>
              </w:tc>
            </w:tr>
            <w:tr>
              <w:trPr>
                <w:cantSplit/>
                <w:trHeight w:val="64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Evidencia / fuente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[Inserar identificación de la evidencia, informes del sistema, cálculos, políticas, minutos o referencias cruzadas]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Propietario / revisor / estado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Propietario: [ ] Revisor: [ ] Estado: [No comenzado / Proyecto / Revisado / Aprobado]</w:t>
                  </w:r>
                </w:p>
              </w:tc>
            </w:tr>
          </w:tbl>
          <w:p/>
        </w:tc>
      </w:tr>
    </w:tbl>
    <w:p>
      <w:pPr>
        <w:spacing w:after="4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922"/>
      </w:tblGrid>
      <w:tr>
        <w:trPr>
          <w:cantSplit/>
        </w:trPr>
        <w:tc>
          <w:tcPr>
            <w:tcW w:type="dxa" w:w="9792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 w:sz="0" w:color="FFFFFF"/>
              <w:left w:val="nil" w:sz="0" w:color="FFFFFF"/>
              <w:bottom w:val="nil" w:sz="0" w:color="FFFFFF"/>
              <w:right w:val="nil" w:sz="0" w:color="FFFFFF"/>
            </w:tcBorders>
          </w:tcPr>
          <w:p>
            <w:pPr>
              <w:spacing w:after="0" w:line="24" w:lineRule="auto"/>
            </w:pPr>
            <w:r>
              <w:rPr>
                <w:rFonts w:ascii="Arial" w:hAnsi="Arial"/>
                <w:color w:val="FFFFFF"/>
                <w:sz w:val="2"/>
              </w:rPr>
            </w:r>
          </w:p>
          <w:tbl>
            <w:tblPr>
              <w:tblW w:type="auto" w:w="0"/>
              <w:jc w:val="left"/>
              <w:tblLayout w:type="fixed"/>
              <w:tblLook w:firstColumn="1" w:firstRow="1" w:lastColumn="0" w:lastRow="0" w:noHBand="0" w:noVBand="1" w:val="04A0"/>
            </w:tblPr>
            <w:tblGrid>
              <w:gridCol w:w="4896"/>
              <w:gridCol w:w="4896"/>
            </w:tblGrid>
            <w:tr>
              <w:trPr>
                <w:cantSplit/>
              </w:trPr>
              <w:tc>
                <w:tcPr>
                  <w:tcW w:type="dxa" w:w="2088"/>
                  <w:shd w:fill="0D306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FFFFFF"/>
                      <w:sz w:val="17"/>
                    </w:rPr>
                    <w:t>En seguida</w:t>
                  </w:r>
                </w:p>
              </w:tc>
              <w:tc>
                <w:tcPr>
                  <w:tcW w:type="dxa" w:w="7459"/>
                  <w:shd w:fill="FFFFFF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Enumera las métricas utilizadas para monitorear cada riesgo/oportunidad y rendimiento material.</w:t>
                  </w:r>
                </w:p>
              </w:tc>
            </w:tr>
            <w:tr>
              <w:trPr>
                <w:cantSplit/>
                <w:trHeight w:val="90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Proyecto de respuesta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[Inserir información específica de la entidad]</w:t>
                  </w:r>
                </w:p>
              </w:tc>
            </w:tr>
            <w:tr>
              <w:trPr>
                <w:cantSplit/>
                <w:trHeight w:val="64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Evidencia / fuente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[Inserar identificación de la evidencia, informes del sistema, cálculos, políticas, minutos o referencias cruzadas]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Propietario / revisor / estado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Propietario: [ ] Revisor: [ ] Estado: [No comenzado / Proyecto / Revisado / Aprobado]</w:t>
                  </w:r>
                </w:p>
              </w:tc>
            </w:tr>
          </w:tbl>
          <w:p/>
        </w:tc>
      </w:tr>
    </w:tbl>
    <w:p>
      <w:pPr>
        <w:spacing w:after="4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922"/>
      </w:tblGrid>
      <w:tr>
        <w:trPr>
          <w:cantSplit/>
        </w:trPr>
        <w:tc>
          <w:tcPr>
            <w:tcW w:type="dxa" w:w="9792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 w:sz="0" w:color="FFFFFF"/>
              <w:left w:val="nil" w:sz="0" w:color="FFFFFF"/>
              <w:bottom w:val="nil" w:sz="0" w:color="FFFFFF"/>
              <w:right w:val="nil" w:sz="0" w:color="FFFFFF"/>
            </w:tcBorders>
          </w:tcPr>
          <w:p>
            <w:pPr>
              <w:spacing w:after="0" w:line="24" w:lineRule="auto"/>
            </w:pPr>
            <w:r>
              <w:rPr>
                <w:rFonts w:ascii="Arial" w:hAnsi="Arial"/>
                <w:color w:val="FFFFFF"/>
                <w:sz w:val="2"/>
              </w:rPr>
            </w:r>
          </w:p>
          <w:tbl>
            <w:tblPr>
              <w:tblW w:type="auto" w:w="0"/>
              <w:jc w:val="left"/>
              <w:tblLayout w:type="fixed"/>
              <w:tblLook w:firstColumn="1" w:firstRow="1" w:lastColumn="0" w:lastRow="0" w:noHBand="0" w:noVBand="1" w:val="04A0"/>
            </w:tblPr>
            <w:tblGrid>
              <w:gridCol w:w="4896"/>
              <w:gridCol w:w="4896"/>
            </w:tblGrid>
            <w:tr>
              <w:trPr>
                <w:cantSplit/>
              </w:trPr>
              <w:tc>
                <w:tcPr>
                  <w:tcW w:type="dxa" w:w="2088"/>
                  <w:shd w:fill="0D306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FFFFFF"/>
                      <w:sz w:val="17"/>
                    </w:rPr>
                    <w:t>En seguida</w:t>
                  </w:r>
                </w:p>
              </w:tc>
              <w:tc>
                <w:tcPr>
                  <w:tcW w:type="dxa" w:w="7459"/>
                  <w:shd w:fill="FFFFFF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Explicar la relevancia de la industria, la fuente, la inclusión y cualquier adaptación.</w:t>
                  </w:r>
                </w:p>
              </w:tc>
            </w:tr>
            <w:tr>
              <w:trPr>
                <w:cantSplit/>
                <w:trHeight w:val="90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Proyecto de respuesta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[Inserir información específica de la entidad]</w:t>
                  </w:r>
                </w:p>
              </w:tc>
            </w:tr>
            <w:tr>
              <w:trPr>
                <w:cantSplit/>
                <w:trHeight w:val="64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Evidencia / fuente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[Inserar identificación de la evidencia, informes del sistema, cálculos, políticas, minutos o referencias cruzadas]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Propietario / revisor / estado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Propietario: [ ] Revisor: [ ] Estado: [No comenzado / Proyecto / Revisado / Aprobado]</w:t>
                  </w:r>
                </w:p>
              </w:tc>
            </w:tr>
          </w:tbl>
          <w:p/>
        </w:tc>
      </w:tr>
    </w:tbl>
    <w:p>
      <w:pPr>
        <w:spacing w:after="4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922"/>
      </w:tblGrid>
      <w:tr>
        <w:trPr>
          <w:cantSplit/>
        </w:trPr>
        <w:tc>
          <w:tcPr>
            <w:tcW w:type="dxa" w:w="9792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 w:sz="0" w:color="FFFFFF"/>
              <w:left w:val="nil" w:sz="0" w:color="FFFFFF"/>
              <w:bottom w:val="nil" w:sz="0" w:color="FFFFFF"/>
              <w:right w:val="nil" w:sz="0" w:color="FFFFFF"/>
            </w:tcBorders>
          </w:tcPr>
          <w:p>
            <w:pPr>
              <w:spacing w:after="0" w:line="24" w:lineRule="auto"/>
            </w:pPr>
            <w:r>
              <w:rPr>
                <w:rFonts w:ascii="Arial" w:hAnsi="Arial"/>
                <w:color w:val="FFFFFF"/>
                <w:sz w:val="2"/>
              </w:rPr>
            </w:r>
          </w:p>
          <w:tbl>
            <w:tblPr>
              <w:tblW w:type="auto" w:w="0"/>
              <w:jc w:val="left"/>
              <w:tblLayout w:type="fixed"/>
              <w:tblLook w:firstColumn="1" w:firstRow="1" w:lastColumn="0" w:lastRow="0" w:noHBand="0" w:noVBand="1" w:val="04A0"/>
            </w:tblPr>
            <w:tblGrid>
              <w:gridCol w:w="4896"/>
              <w:gridCol w:w="4896"/>
            </w:tblGrid>
            <w:tr>
              <w:trPr>
                <w:cantSplit/>
              </w:trPr>
              <w:tc>
                <w:tcPr>
                  <w:tcW w:type="dxa" w:w="2088"/>
                  <w:shd w:fill="0D306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FFFFFF"/>
                      <w:sz w:val="17"/>
                    </w:rPr>
                    <w:t>En seguida</w:t>
                  </w:r>
                </w:p>
              </w:tc>
              <w:tc>
                <w:tcPr>
                  <w:tcW w:type="dxa" w:w="7459"/>
                  <w:shd w:fill="FFFFFF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Definir la métrica, el límite, la unidad, el tipo, la validación, el cálculo, las entradas, las limitaciones y las suposiciones.</w:t>
                  </w:r>
                </w:p>
              </w:tc>
            </w:tr>
            <w:tr>
              <w:trPr>
                <w:cantSplit/>
                <w:trHeight w:val="90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Proyecto de respuesta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[Inserir información específica de la entidad]</w:t>
                  </w:r>
                </w:p>
              </w:tc>
            </w:tr>
            <w:tr>
              <w:trPr>
                <w:cantSplit/>
                <w:trHeight w:val="64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Evidencia / fuente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[Inserar identificación de la evidencia, informes del sistema, cálculos, políticas, minutos o referencias cruzadas]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Propietario / revisor / estado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Propietario: [ ] Revisor: [ ] Estado: [No comenzado / Proyecto / Revisado / Aprobado]</w:t>
                  </w:r>
                </w:p>
              </w:tc>
            </w:tr>
          </w:tbl>
          <w:p/>
        </w:tc>
      </w:tr>
    </w:tbl>
    <w:p>
      <w:pPr>
        <w:spacing w:after="4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922"/>
      </w:tblGrid>
      <w:tr>
        <w:trPr>
          <w:cantSplit/>
        </w:trPr>
        <w:tc>
          <w:tcPr>
            <w:tcW w:type="dxa" w:w="9792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 w:sz="0" w:color="FFFFFF"/>
              <w:left w:val="nil" w:sz="0" w:color="FFFFFF"/>
              <w:bottom w:val="nil" w:sz="0" w:color="FFFFFF"/>
              <w:right w:val="nil" w:sz="0" w:color="FFFFFF"/>
            </w:tcBorders>
          </w:tcPr>
          <w:p>
            <w:pPr>
              <w:spacing w:after="0" w:line="24" w:lineRule="auto"/>
            </w:pPr>
            <w:r>
              <w:rPr>
                <w:rFonts w:ascii="Arial" w:hAnsi="Arial"/>
                <w:color w:val="FFFFFF"/>
                <w:sz w:val="2"/>
              </w:rPr>
            </w:r>
          </w:p>
          <w:tbl>
            <w:tblPr>
              <w:tblW w:type="auto" w:w="0"/>
              <w:jc w:val="left"/>
              <w:tblLayout w:type="fixed"/>
              <w:tblLook w:firstColumn="1" w:firstRow="1" w:lastColumn="0" w:lastRow="0" w:noHBand="0" w:noVBand="1" w:val="04A0"/>
            </w:tblPr>
            <w:tblGrid>
              <w:gridCol w:w="4896"/>
              <w:gridCol w:w="4896"/>
            </w:tblGrid>
            <w:tr>
              <w:trPr>
                <w:cantSplit/>
              </w:trPr>
              <w:tc>
                <w:tcPr>
                  <w:tcW w:type="dxa" w:w="2088"/>
                  <w:shd w:fill="0D306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FFFFFF"/>
                      <w:sz w:val="17"/>
                    </w:rPr>
                    <w:t>En seguida</w:t>
                  </w:r>
                </w:p>
              </w:tc>
              <w:tc>
                <w:tcPr>
                  <w:tcW w:type="dxa" w:w="7459"/>
                  <w:shd w:fill="FFFFFF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Metrica estatal, objetivo, período, periodo base, hitos y aprobación.</w:t>
                  </w:r>
                </w:p>
              </w:tc>
            </w:tr>
            <w:tr>
              <w:trPr>
                <w:cantSplit/>
                <w:trHeight w:val="90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Proyecto de respuesta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[Inserir información específica de la entidad]</w:t>
                  </w:r>
                </w:p>
              </w:tc>
            </w:tr>
            <w:tr>
              <w:trPr>
                <w:cantSplit/>
                <w:trHeight w:val="64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Evidencia / fuente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[Inserar identificación de la evidencia, informes del sistema, cálculos, políticas, minutos o referencias cruzadas]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Propietario / revisor / estado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Propietario: [ ] Revisor: [ ] Estado: [No comenzado / Proyecto / Revisado / Aprobado]</w:t>
                  </w:r>
                </w:p>
              </w:tc>
            </w:tr>
          </w:tbl>
          <w:p/>
        </w:tc>
      </w:tr>
    </w:tbl>
    <w:p>
      <w:pPr>
        <w:spacing w:after="4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922"/>
      </w:tblGrid>
      <w:tr>
        <w:trPr>
          <w:cantSplit/>
        </w:trPr>
        <w:tc>
          <w:tcPr>
            <w:tcW w:type="dxa" w:w="9792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 w:sz="0" w:color="FFFFFF"/>
              <w:left w:val="nil" w:sz="0" w:color="FFFFFF"/>
              <w:bottom w:val="nil" w:sz="0" w:color="FFFFFF"/>
              <w:right w:val="nil" w:sz="0" w:color="FFFFFF"/>
            </w:tcBorders>
          </w:tcPr>
          <w:p>
            <w:pPr>
              <w:spacing w:after="0" w:line="24" w:lineRule="auto"/>
            </w:pPr>
            <w:r>
              <w:rPr>
                <w:rFonts w:ascii="Arial" w:hAnsi="Arial"/>
                <w:color w:val="FFFFFF"/>
                <w:sz w:val="2"/>
              </w:rPr>
            </w:r>
          </w:p>
          <w:tbl>
            <w:tblPr>
              <w:tblW w:type="auto" w:w="0"/>
              <w:jc w:val="left"/>
              <w:tblLayout w:type="fixed"/>
              <w:tblLook w:firstColumn="1" w:firstRow="1" w:lastColumn="0" w:lastRow="0" w:noHBand="0" w:noVBand="1" w:val="04A0"/>
            </w:tblPr>
            <w:tblGrid>
              <w:gridCol w:w="4896"/>
              <w:gridCol w:w="4896"/>
            </w:tblGrid>
            <w:tr>
              <w:trPr>
                <w:cantSplit/>
              </w:trPr>
              <w:tc>
                <w:tcPr>
                  <w:tcW w:type="dxa" w:w="2088"/>
                  <w:shd w:fill="0D306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FFFFFF"/>
                      <w:sz w:val="17"/>
                    </w:rPr>
                    <w:t>En seguida</w:t>
                  </w:r>
                </w:p>
              </w:tc>
              <w:tc>
                <w:tcPr>
                  <w:tcW w:type="dxa" w:w="7459"/>
                  <w:shd w:fill="FFFFFF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Informar sobre el desempeño, la tendencia, los hitos perdidos y las medidas correctivas.</w:t>
                  </w:r>
                </w:p>
              </w:tc>
            </w:tr>
            <w:tr>
              <w:trPr>
                <w:cantSplit/>
                <w:trHeight w:val="90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Proyecto de respuesta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[Inserir información específica de la entidad]</w:t>
                  </w:r>
                </w:p>
              </w:tc>
            </w:tr>
            <w:tr>
              <w:trPr>
                <w:cantSplit/>
                <w:trHeight w:val="64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Evidencia / fuente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[Inserar identificación de la evidencia, informes del sistema, cálculos, políticas, minutos o referencias cruzadas]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Propietario / revisor / estado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Propietario: [ ] Revisor: [ ] Estado: [No comenzado / Proyecto / Revisado / Aprobado]</w:t>
                  </w:r>
                </w:p>
              </w:tc>
            </w:tr>
          </w:tbl>
          <w:p/>
        </w:tc>
      </w:tr>
    </w:tbl>
    <w:p>
      <w:pPr>
        <w:spacing w:after="4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922"/>
      </w:tblGrid>
      <w:tr>
        <w:trPr>
          <w:cantSplit/>
        </w:trPr>
        <w:tc>
          <w:tcPr>
            <w:tcW w:type="dxa" w:w="9792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 w:sz="0" w:color="FFFFFF"/>
              <w:left w:val="nil" w:sz="0" w:color="FFFFFF"/>
              <w:bottom w:val="nil" w:sz="0" w:color="FFFFFF"/>
              <w:right w:val="nil" w:sz="0" w:color="FFFFFF"/>
            </w:tcBorders>
          </w:tcPr>
          <w:p>
            <w:pPr>
              <w:spacing w:after="0" w:line="24" w:lineRule="auto"/>
            </w:pPr>
            <w:r>
              <w:rPr>
                <w:rFonts w:ascii="Arial" w:hAnsi="Arial"/>
                <w:color w:val="FFFFFF"/>
                <w:sz w:val="2"/>
              </w:rPr>
            </w:r>
          </w:p>
          <w:tbl>
            <w:tblPr>
              <w:tblW w:type="auto" w:w="0"/>
              <w:jc w:val="left"/>
              <w:tblLayout w:type="fixed"/>
              <w:tblLook w:firstColumn="1" w:firstRow="1" w:lastColumn="0" w:lastRow="0" w:noHBand="0" w:noVBand="1" w:val="04A0"/>
            </w:tblPr>
            <w:tblGrid>
              <w:gridCol w:w="4896"/>
              <w:gridCol w:w="4896"/>
            </w:tblGrid>
            <w:tr>
              <w:trPr>
                <w:cantSplit/>
              </w:trPr>
              <w:tc>
                <w:tcPr>
                  <w:tcW w:type="dxa" w:w="2088"/>
                  <w:shd w:fill="0D306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FFFFFF"/>
                      <w:sz w:val="17"/>
                    </w:rPr>
                    <w:t>En seguida</w:t>
                  </w:r>
                </w:p>
              </w:tc>
              <w:tc>
                <w:tcPr>
                  <w:tcW w:type="dxa" w:w="7459"/>
                  <w:shd w:fill="FFFFFF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Explicar las revisiones, sustituciones, reafirmaciones y efectos de comparabilidad.</w:t>
                  </w:r>
                </w:p>
              </w:tc>
            </w:tr>
            <w:tr>
              <w:trPr>
                <w:cantSplit/>
                <w:trHeight w:val="90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Proyecto de respuesta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[Inserir información específica de la entidad]</w:t>
                  </w:r>
                </w:p>
              </w:tc>
            </w:tr>
            <w:tr>
              <w:trPr>
                <w:cantSplit/>
                <w:trHeight w:val="64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Evidencia / fuente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[Inserar identificación de la evidencia, informes del sistema, cálculos, políticas, minutos o referencias cruzadas]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Propietario / revisor / estado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Propietario: [ ] Revisor: [ ] Estado: [No comenzado / Proyecto / Revisado / Aprobado]</w:t>
                  </w:r>
                </w:p>
              </w:tc>
            </w:tr>
          </w:tbl>
          <w:p/>
        </w:tc>
      </w:tr>
    </w:tbl>
    <w:p>
      <w:pPr>
        <w:spacing w:after="40"/>
      </w:pPr>
    </w:p>
    <w:p>
      <w:pPr>
        <w:pStyle w:val="Heading1"/>
        <w:pageBreakBefore/>
      </w:pPr>
      <w:r>
        <w:rPr>
          <w:rFonts w:ascii="Arial" w:hAnsi="Arial"/>
          <w:b/>
          <w:color w:val="0D3068"/>
          <w:sz w:val="38"/>
        </w:rPr>
        <w:t>7- Juicios, incertidumbre y errores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922"/>
      </w:tblGrid>
      <w:tr>
        <w:trPr>
          <w:cantSplit/>
        </w:trPr>
        <w:tc>
          <w:tcPr>
            <w:tcW w:type="dxa" w:w="9792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 w:sz="0" w:color="FFFFFF"/>
              <w:left w:val="nil" w:sz="0" w:color="FFFFFF"/>
              <w:bottom w:val="nil" w:sz="0" w:color="FFFFFF"/>
              <w:right w:val="nil" w:sz="0" w:color="FFFFFF"/>
            </w:tcBorders>
          </w:tcPr>
          <w:p>
            <w:pPr>
              <w:spacing w:after="0" w:line="24" w:lineRule="auto"/>
            </w:pPr>
            <w:r>
              <w:rPr>
                <w:rFonts w:ascii="Arial" w:hAnsi="Arial"/>
                <w:color w:val="FFFFFF"/>
                <w:sz w:val="2"/>
              </w:rPr>
            </w:r>
          </w:p>
          <w:tbl>
            <w:tblPr>
              <w:tblW w:type="auto" w:w="0"/>
              <w:jc w:val="left"/>
              <w:tblLayout w:type="fixed"/>
              <w:tblLook w:firstColumn="1" w:firstRow="1" w:lastColumn="0" w:lastRow="0" w:noHBand="0" w:noVBand="1" w:val="04A0"/>
            </w:tblPr>
            <w:tblGrid>
              <w:gridCol w:w="4896"/>
              <w:gridCol w:w="4896"/>
            </w:tblGrid>
            <w:tr>
              <w:trPr>
                <w:cantSplit/>
              </w:trPr>
              <w:tc>
                <w:tcPr>
                  <w:tcW w:type="dxa" w:w="2088"/>
                  <w:shd w:fill="0D306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FFFFFF"/>
                      <w:sz w:val="17"/>
                    </w:rPr>
                    <w:t>En seguida</w:t>
                  </w:r>
                </w:p>
              </w:tc>
              <w:tc>
                <w:tcPr>
                  <w:tcW w:type="dxa" w:w="7459"/>
                  <w:shd w:fill="FFFFFF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Explique los juicios que más afectaron a la información material.</w:t>
                  </w:r>
                </w:p>
              </w:tc>
            </w:tr>
            <w:tr>
              <w:trPr>
                <w:cantSplit/>
                <w:trHeight w:val="90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Proyecto de respuesta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[Inserir información específica de la entidad]</w:t>
                  </w:r>
                </w:p>
              </w:tc>
            </w:tr>
            <w:tr>
              <w:trPr>
                <w:cantSplit/>
                <w:trHeight w:val="64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Evidencia / fuente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[Inserar identificación de la evidencia, informes del sistema, cálculos, políticas, minutos o referencias cruzadas]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Propietario / revisor / estado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Propietario: [ ] Revisor: [ ] Estado: [No comenzado / Proyecto / Revisado / Aprobado]</w:t>
                  </w:r>
                </w:p>
              </w:tc>
            </w:tr>
          </w:tbl>
          <w:p/>
        </w:tc>
      </w:tr>
    </w:tbl>
    <w:p>
      <w:pPr>
        <w:spacing w:after="4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922"/>
      </w:tblGrid>
      <w:tr>
        <w:trPr>
          <w:cantSplit/>
        </w:trPr>
        <w:tc>
          <w:tcPr>
            <w:tcW w:type="dxa" w:w="9792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 w:sz="0" w:color="FFFFFF"/>
              <w:left w:val="nil" w:sz="0" w:color="FFFFFF"/>
              <w:bottom w:val="nil" w:sz="0" w:color="FFFFFF"/>
              <w:right w:val="nil" w:sz="0" w:color="FFFFFF"/>
            </w:tcBorders>
          </w:tcPr>
          <w:p>
            <w:pPr>
              <w:spacing w:after="0" w:line="24" w:lineRule="auto"/>
            </w:pPr>
            <w:r>
              <w:rPr>
                <w:rFonts w:ascii="Arial" w:hAnsi="Arial"/>
                <w:color w:val="FFFFFF"/>
                <w:sz w:val="2"/>
              </w:rPr>
            </w:r>
          </w:p>
          <w:tbl>
            <w:tblPr>
              <w:tblW w:type="auto" w:w="0"/>
              <w:jc w:val="left"/>
              <w:tblLayout w:type="fixed"/>
              <w:tblLook w:firstColumn="1" w:firstRow="1" w:lastColumn="0" w:lastRow="0" w:noHBand="0" w:noVBand="1" w:val="04A0"/>
            </w:tblPr>
            <w:tblGrid>
              <w:gridCol w:w="4896"/>
              <w:gridCol w:w="4896"/>
            </w:tblGrid>
            <w:tr>
              <w:trPr>
                <w:cantSplit/>
              </w:trPr>
              <w:tc>
                <w:tcPr>
                  <w:tcW w:type="dxa" w:w="2088"/>
                  <w:shd w:fill="0D306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FFFFFF"/>
                      <w:sz w:val="17"/>
                    </w:rPr>
                    <w:t>En seguida</w:t>
                  </w:r>
                </w:p>
              </w:tc>
              <w:tc>
                <w:tcPr>
                  <w:tcW w:type="dxa" w:w="7459"/>
                  <w:shd w:fill="FFFFFF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Explique por qué se aplicaron orientaciones específicas y industrias.</w:t>
                  </w:r>
                </w:p>
              </w:tc>
            </w:tr>
            <w:tr>
              <w:trPr>
                <w:cantSplit/>
                <w:trHeight w:val="90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Proyecto de respuesta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[Inserir información específica de la entidad]</w:t>
                  </w:r>
                </w:p>
              </w:tc>
            </w:tr>
            <w:tr>
              <w:trPr>
                <w:cantSplit/>
                <w:trHeight w:val="64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Evidencia / fuente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[Inserar identificación de la evidencia, informes del sistema, cálculos, políticas, minutos o referencias cruzadas]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Propietario / revisor / estado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Propietario: [ ] Revisor: [ ] Estado: [No comenzado / Proyecto / Revisado / Aprobado]</w:t>
                  </w:r>
                </w:p>
              </w:tc>
            </w:tr>
          </w:tbl>
          <w:p/>
        </w:tc>
      </w:tr>
    </w:tbl>
    <w:p>
      <w:pPr>
        <w:spacing w:after="4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922"/>
      </w:tblGrid>
      <w:tr>
        <w:trPr>
          <w:cantSplit/>
        </w:trPr>
        <w:tc>
          <w:tcPr>
            <w:tcW w:type="dxa" w:w="9792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 w:sz="0" w:color="FFFFFF"/>
              <w:left w:val="nil" w:sz="0" w:color="FFFFFF"/>
              <w:bottom w:val="nil" w:sz="0" w:color="FFFFFF"/>
              <w:right w:val="nil" w:sz="0" w:color="FFFFFF"/>
            </w:tcBorders>
          </w:tcPr>
          <w:p>
            <w:pPr>
              <w:spacing w:after="0" w:line="24" w:lineRule="auto"/>
            </w:pPr>
            <w:r>
              <w:rPr>
                <w:rFonts w:ascii="Arial" w:hAnsi="Arial"/>
                <w:color w:val="FFFFFF"/>
                <w:sz w:val="2"/>
              </w:rPr>
            </w:r>
          </w:p>
          <w:tbl>
            <w:tblPr>
              <w:tblW w:type="auto" w:w="0"/>
              <w:jc w:val="left"/>
              <w:tblLayout w:type="fixed"/>
              <w:tblLook w:firstColumn="1" w:firstRow="1" w:lastColumn="0" w:lastRow="0" w:noHBand="0" w:noVBand="1" w:val="04A0"/>
            </w:tblPr>
            <w:tblGrid>
              <w:gridCol w:w="4896"/>
              <w:gridCol w:w="4896"/>
            </w:tblGrid>
            <w:tr>
              <w:trPr>
                <w:cantSplit/>
              </w:trPr>
              <w:tc>
                <w:tcPr>
                  <w:tcW w:type="dxa" w:w="2088"/>
                  <w:shd w:fill="0D306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FFFFFF"/>
                      <w:sz w:val="17"/>
                    </w:rPr>
                    <w:t>En seguida</w:t>
                  </w:r>
                </w:p>
              </w:tc>
              <w:tc>
                <w:tcPr>
                  <w:tcW w:type="dxa" w:w="7459"/>
                  <w:shd w:fill="FFFFFF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Describa los rangos, escenarios, juicios de capacidad e incertidumbre.</w:t>
                  </w:r>
                </w:p>
              </w:tc>
            </w:tr>
            <w:tr>
              <w:trPr>
                <w:cantSplit/>
                <w:trHeight w:val="90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Proyecto de respuesta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[Inserir información específica de la entidad]</w:t>
                  </w:r>
                </w:p>
              </w:tc>
            </w:tr>
            <w:tr>
              <w:trPr>
                <w:cantSplit/>
                <w:trHeight w:val="64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Evidencia / fuente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[Inserar identificación de la evidencia, informes del sistema, cálculos, políticas, minutos o referencias cruzadas]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Propietario / revisor / estado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Propietario: [ ] Revisor: [ ] Estado: [No comenzado / Proyecto / Revisado / Aprobado]</w:t>
                  </w:r>
                </w:p>
              </w:tc>
            </w:tr>
          </w:tbl>
          <w:p/>
        </w:tc>
      </w:tr>
    </w:tbl>
    <w:p>
      <w:pPr>
        <w:spacing w:after="4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922"/>
      </w:tblGrid>
      <w:tr>
        <w:trPr>
          <w:cantSplit/>
        </w:trPr>
        <w:tc>
          <w:tcPr>
            <w:tcW w:type="dxa" w:w="9792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 w:sz="0" w:color="FFFFFF"/>
              <w:left w:val="nil" w:sz="0" w:color="FFFFFF"/>
              <w:bottom w:val="nil" w:sz="0" w:color="FFFFFF"/>
              <w:right w:val="nil" w:sz="0" w:color="FFFFFF"/>
            </w:tcBorders>
          </w:tcPr>
          <w:p>
            <w:pPr>
              <w:spacing w:after="0" w:line="24" w:lineRule="auto"/>
            </w:pPr>
            <w:r>
              <w:rPr>
                <w:rFonts w:ascii="Arial" w:hAnsi="Arial"/>
                <w:color w:val="FFFFFF"/>
                <w:sz w:val="2"/>
              </w:rPr>
            </w:r>
          </w:p>
          <w:tbl>
            <w:tblPr>
              <w:tblW w:type="auto" w:w="0"/>
              <w:jc w:val="left"/>
              <w:tblLayout w:type="fixed"/>
              <w:tblLook w:firstColumn="1" w:firstRow="1" w:lastColumn="0" w:lastRow="0" w:noHBand="0" w:noVBand="1" w:val="04A0"/>
            </w:tblPr>
            <w:tblGrid>
              <w:gridCol w:w="4896"/>
              <w:gridCol w:w="4896"/>
            </w:tblGrid>
            <w:tr>
              <w:trPr>
                <w:cantSplit/>
              </w:trPr>
              <w:tc>
                <w:tcPr>
                  <w:tcW w:type="dxa" w:w="2088"/>
                  <w:shd w:fill="0D306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FFFFFF"/>
                      <w:sz w:val="17"/>
                    </w:rPr>
                    <w:t>En seguida</w:t>
                  </w:r>
                </w:p>
              </w:tc>
              <w:tc>
                <w:tcPr>
                  <w:tcW w:type="dxa" w:w="7459"/>
                  <w:shd w:fill="FFFFFF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Describa la extrapolación, la asignación, los factores, los datos faltantes y la sensibilidad.</w:t>
                  </w:r>
                </w:p>
              </w:tc>
            </w:tr>
            <w:tr>
              <w:trPr>
                <w:cantSplit/>
                <w:trHeight w:val="90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Proyecto de respuesta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[Inserir información específica de la entidad]</w:t>
                  </w:r>
                </w:p>
              </w:tc>
            </w:tr>
            <w:tr>
              <w:trPr>
                <w:cantSplit/>
                <w:trHeight w:val="64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Evidencia / fuente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[Inserar identificación de la evidencia, informes del sistema, cálculos, políticas, minutos o referencias cruzadas]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Propietario / revisor / estado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Propietario: [ ] Revisor: [ ] Estado: [No comenzado / Proyecto / Revisado / Aprobado]</w:t>
                  </w:r>
                </w:p>
              </w:tc>
            </w:tr>
          </w:tbl>
          <w:p/>
        </w:tc>
      </w:tr>
    </w:tbl>
    <w:p>
      <w:pPr>
        <w:spacing w:after="4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922"/>
      </w:tblGrid>
      <w:tr>
        <w:trPr>
          <w:cantSplit/>
        </w:trPr>
        <w:tc>
          <w:tcPr>
            <w:tcW w:type="dxa" w:w="9792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 w:sz="0" w:color="FFFFFF"/>
              <w:left w:val="nil" w:sz="0" w:color="FFFFFF"/>
              <w:bottom w:val="nil" w:sz="0" w:color="FFFFFF"/>
              <w:right w:val="nil" w:sz="0" w:color="FFFFFF"/>
            </w:tcBorders>
          </w:tcPr>
          <w:p>
            <w:pPr>
              <w:spacing w:after="0" w:line="24" w:lineRule="auto"/>
            </w:pPr>
            <w:r>
              <w:rPr>
                <w:rFonts w:ascii="Arial" w:hAnsi="Arial"/>
                <w:color w:val="FFFFFF"/>
                <w:sz w:val="2"/>
              </w:rPr>
            </w:r>
          </w:p>
          <w:tbl>
            <w:tblPr>
              <w:tblW w:type="auto" w:w="0"/>
              <w:jc w:val="left"/>
              <w:tblLayout w:type="fixed"/>
              <w:tblLook w:firstColumn="1" w:firstRow="1" w:lastColumn="0" w:lastRow="0" w:noHBand="0" w:noVBand="1" w:val="04A0"/>
            </w:tblPr>
            <w:tblGrid>
              <w:gridCol w:w="4896"/>
              <w:gridCol w:w="4896"/>
            </w:tblGrid>
            <w:tr>
              <w:trPr>
                <w:cantSplit/>
              </w:trPr>
              <w:tc>
                <w:tcPr>
                  <w:tcW w:type="dxa" w:w="2088"/>
                  <w:shd w:fill="0D306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FFFFFF"/>
                      <w:sz w:val="17"/>
                    </w:rPr>
                    <w:t>En seguida</w:t>
                  </w:r>
                </w:p>
              </w:tc>
              <w:tc>
                <w:tcPr>
                  <w:tcW w:type="dxa" w:w="7459"/>
                  <w:shd w:fill="FFFFFF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Describa los cambios en las estimaciones o métodos y las correcciones de errores materiales anteriores al período.</w:t>
                  </w:r>
                </w:p>
              </w:tc>
            </w:tr>
            <w:tr>
              <w:trPr>
                <w:cantSplit/>
                <w:trHeight w:val="90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Proyecto de respuesta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[Inserir información específica de la entidad]</w:t>
                  </w:r>
                </w:p>
              </w:tc>
            </w:tr>
            <w:tr>
              <w:trPr>
                <w:cantSplit/>
                <w:trHeight w:val="64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Evidencia / fuente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[Inserar identificación de la evidencia, informes del sistema, cálculos, políticas, minutos o referencias cruzadas]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Propietario / revisor / estado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Propietario: [ ] Revisor: [ ] Estado: [No comenzado / Proyecto / Revisado / Aprobado]</w:t>
                  </w:r>
                </w:p>
              </w:tc>
            </w:tr>
          </w:tbl>
          <w:p/>
        </w:tc>
      </w:tr>
    </w:tbl>
    <w:p>
      <w:pPr>
        <w:spacing w:after="40"/>
      </w:pPr>
    </w:p>
    <w:p>
      <w:pPr>
        <w:pStyle w:val="Heading1"/>
        <w:pageBreakBefore/>
      </w:pPr>
      <w:r>
        <w:rPr>
          <w:rFonts w:ascii="Arial" w:hAnsi="Arial"/>
          <w:b/>
          <w:color w:val="0D3068"/>
          <w:sz w:val="38"/>
        </w:rPr>
        <w:t>8- Referencia cruzada, garantía y aprobación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922"/>
      </w:tblGrid>
      <w:tr>
        <w:trPr>
          <w:cantSplit/>
        </w:trPr>
        <w:tc>
          <w:tcPr>
            <w:tcW w:type="dxa" w:w="9792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 w:sz="0" w:color="FFFFFF"/>
              <w:left w:val="nil" w:sz="0" w:color="FFFFFF"/>
              <w:bottom w:val="nil" w:sz="0" w:color="FFFFFF"/>
              <w:right w:val="nil" w:sz="0" w:color="FFFFFF"/>
            </w:tcBorders>
          </w:tcPr>
          <w:p>
            <w:pPr>
              <w:spacing w:after="0" w:line="24" w:lineRule="auto"/>
            </w:pPr>
            <w:r>
              <w:rPr>
                <w:rFonts w:ascii="Arial" w:hAnsi="Arial"/>
                <w:color w:val="FFFFFF"/>
                <w:sz w:val="2"/>
              </w:rPr>
            </w:r>
          </w:p>
          <w:tbl>
            <w:tblPr>
              <w:tblW w:type="auto" w:w="0"/>
              <w:jc w:val="left"/>
              <w:tblLayout w:type="fixed"/>
              <w:tblLook w:firstColumn="1" w:firstRow="1" w:lastColumn="0" w:lastRow="0" w:noHBand="0" w:noVBand="1" w:val="04A0"/>
            </w:tblPr>
            <w:tblGrid>
              <w:gridCol w:w="4896"/>
              <w:gridCol w:w="4896"/>
            </w:tblGrid>
            <w:tr>
              <w:trPr>
                <w:cantSplit/>
              </w:trPr>
              <w:tc>
                <w:tcPr>
                  <w:tcW w:type="dxa" w:w="2088"/>
                  <w:shd w:fill="0D306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FFFFFF"/>
                      <w:sz w:val="17"/>
                    </w:rPr>
                    <w:t>En seguida</w:t>
                  </w:r>
                </w:p>
              </w:tc>
              <w:tc>
                <w:tcPr>
                  <w:tcW w:type="dxa" w:w="7459"/>
                  <w:shd w:fill="FFFFFF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Identifique el requisito/tema exacto, documento, página/ancla, acceso, momento, propietario y versión.</w:t>
                  </w:r>
                </w:p>
              </w:tc>
            </w:tr>
            <w:tr>
              <w:trPr>
                <w:cantSplit/>
                <w:trHeight w:val="90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Proyecto de respuesta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[Inserir información específica de la entidad]</w:t>
                  </w:r>
                </w:p>
              </w:tc>
            </w:tr>
            <w:tr>
              <w:trPr>
                <w:cantSplit/>
                <w:trHeight w:val="64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Evidencia / fuente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[Inserar identificación de la evidencia, informes del sistema, cálculos, políticas, minutos o referencias cruzadas]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Propietario / revisor / estado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Propietario: [ ] Revisor: [ ] Estado: [No comenzado / Proyecto / Revisado / Aprobado]</w:t>
                  </w:r>
                </w:p>
              </w:tc>
            </w:tr>
          </w:tbl>
          <w:p/>
        </w:tc>
      </w:tr>
    </w:tbl>
    <w:p>
      <w:pPr>
        <w:spacing w:after="4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922"/>
      </w:tblGrid>
      <w:tr>
        <w:trPr>
          <w:cantSplit/>
        </w:trPr>
        <w:tc>
          <w:tcPr>
            <w:tcW w:type="dxa" w:w="9792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 w:sz="0" w:color="FFFFFF"/>
              <w:left w:val="nil" w:sz="0" w:color="FFFFFF"/>
              <w:bottom w:val="nil" w:sz="0" w:color="FFFFFF"/>
              <w:right w:val="nil" w:sz="0" w:color="FFFFFF"/>
            </w:tcBorders>
          </w:tcPr>
          <w:p>
            <w:pPr>
              <w:spacing w:after="0" w:line="24" w:lineRule="auto"/>
            </w:pPr>
            <w:r>
              <w:rPr>
                <w:rFonts w:ascii="Arial" w:hAnsi="Arial"/>
                <w:color w:val="FFFFFF"/>
                <w:sz w:val="2"/>
              </w:rPr>
            </w:r>
          </w:p>
          <w:tbl>
            <w:tblPr>
              <w:tblW w:type="auto" w:w="0"/>
              <w:jc w:val="left"/>
              <w:tblLayout w:type="fixed"/>
              <w:tblLook w:firstColumn="1" w:firstRow="1" w:lastColumn="0" w:lastRow="0" w:noHBand="0" w:noVBand="1" w:val="04A0"/>
            </w:tblPr>
            <w:tblGrid>
              <w:gridCol w:w="4896"/>
              <w:gridCol w:w="4896"/>
            </w:tblGrid>
            <w:tr>
              <w:trPr>
                <w:cantSplit/>
              </w:trPr>
              <w:tc>
                <w:tcPr>
                  <w:tcW w:type="dxa" w:w="2088"/>
                  <w:shd w:fill="0D306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FFFFFF"/>
                      <w:sz w:val="17"/>
                    </w:rPr>
                    <w:t>En seguida</w:t>
                  </w:r>
                </w:p>
              </w:tc>
              <w:tc>
                <w:tcPr>
                  <w:tcW w:type="dxa" w:w="7459"/>
                  <w:shd w:fill="FFFFFF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Objeto, criterios, nivel, proveedor, período, límite, exclusiones y conclusión.</w:t>
                  </w:r>
                </w:p>
              </w:tc>
            </w:tr>
            <w:tr>
              <w:trPr>
                <w:cantSplit/>
                <w:trHeight w:val="90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Proyecto de respuesta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[Inserir información específica de la entidad]</w:t>
                  </w:r>
                </w:p>
              </w:tc>
            </w:tr>
            <w:tr>
              <w:trPr>
                <w:cantSplit/>
                <w:trHeight w:val="64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Evidencia / fuente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[Inserar identificación de la evidencia, informes del sistema, cálculos, políticas, minutos o referencias cruzadas]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Propietario / revisor / estado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Propietario: [ ] Revisor: [ ] Estado: [No comenzado / Proyecto / Revisado / Aprobado]</w:t>
                  </w:r>
                </w:p>
              </w:tc>
            </w:tr>
          </w:tbl>
          <w:p/>
        </w:tc>
      </w:tr>
    </w:tbl>
    <w:p>
      <w:pPr>
        <w:spacing w:after="4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922"/>
      </w:tblGrid>
      <w:tr>
        <w:trPr>
          <w:cantSplit/>
        </w:trPr>
        <w:tc>
          <w:tcPr>
            <w:tcW w:type="dxa" w:w="9792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 w:sz="0" w:color="FFFFFF"/>
              <w:left w:val="nil" w:sz="0" w:color="FFFFFF"/>
              <w:bottom w:val="nil" w:sz="0" w:color="FFFFFF"/>
              <w:right w:val="nil" w:sz="0" w:color="FFFFFF"/>
            </w:tcBorders>
          </w:tcPr>
          <w:p>
            <w:pPr>
              <w:spacing w:after="0" w:line="24" w:lineRule="auto"/>
            </w:pPr>
            <w:r>
              <w:rPr>
                <w:rFonts w:ascii="Arial" w:hAnsi="Arial"/>
                <w:color w:val="FFFFFF"/>
                <w:sz w:val="2"/>
              </w:rPr>
            </w:r>
          </w:p>
          <w:tbl>
            <w:tblPr>
              <w:tblW w:type="auto" w:w="0"/>
              <w:jc w:val="left"/>
              <w:tblLayout w:type="fixed"/>
              <w:tblLook w:firstColumn="1" w:firstRow="1" w:lastColumn="0" w:lastRow="0" w:noHBand="0" w:noVBand="1" w:val="04A0"/>
            </w:tblPr>
            <w:tblGrid>
              <w:gridCol w:w="4896"/>
              <w:gridCol w:w="4896"/>
            </w:tblGrid>
            <w:tr>
              <w:trPr>
                <w:cantSplit/>
              </w:trPr>
              <w:tc>
                <w:tcPr>
                  <w:tcW w:type="dxa" w:w="2088"/>
                  <w:shd w:fill="0D306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FFFFFF"/>
                      <w:sz w:val="17"/>
                    </w:rPr>
                    <w:t>En seguida</w:t>
                  </w:r>
                </w:p>
              </w:tc>
              <w:tc>
                <w:tcPr>
                  <w:tcW w:type="dxa" w:w="7459"/>
                  <w:shd w:fill="FFFFFF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Conciliar con el informe estratégico, los riesgos principales, KPIs y los estados financieros.</w:t>
                  </w:r>
                </w:p>
              </w:tc>
            </w:tr>
            <w:tr>
              <w:trPr>
                <w:cantSplit/>
                <w:trHeight w:val="90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Proyecto de respuesta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[Inserir información específica de la entidad]</w:t>
                  </w:r>
                </w:p>
              </w:tc>
            </w:tr>
            <w:tr>
              <w:trPr>
                <w:cantSplit/>
                <w:trHeight w:val="64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Evidencia / fuente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[Inserar identificación de la evidencia, informes del sistema, cálculos, políticas, minutos o referencias cruzadas]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Propietario / revisor / estado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Propietario: [ ] Revisor: [ ] Estado: [No comenzado / Proyecto / Revisado / Aprobado]</w:t>
                  </w:r>
                </w:p>
              </w:tc>
            </w:tr>
          </w:tbl>
          <w:p/>
        </w:tc>
      </w:tr>
    </w:tbl>
    <w:p>
      <w:pPr>
        <w:spacing w:after="4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922"/>
      </w:tblGrid>
      <w:tr>
        <w:trPr>
          <w:cantSplit/>
        </w:trPr>
        <w:tc>
          <w:tcPr>
            <w:tcW w:type="dxa" w:w="9792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 w:sz="0" w:color="FFFFFF"/>
              <w:left w:val="nil" w:sz="0" w:color="FFFFFF"/>
              <w:bottom w:val="nil" w:sz="0" w:color="FFFFFF"/>
              <w:right w:val="nil" w:sz="0" w:color="FFFFFF"/>
            </w:tcBorders>
          </w:tcPr>
          <w:p>
            <w:pPr>
              <w:spacing w:after="0" w:line="24" w:lineRule="auto"/>
            </w:pPr>
            <w:r>
              <w:rPr>
                <w:rFonts w:ascii="Arial" w:hAnsi="Arial"/>
                <w:color w:val="FFFFFF"/>
                <w:sz w:val="2"/>
              </w:rPr>
            </w:r>
          </w:p>
          <w:tbl>
            <w:tblPr>
              <w:tblW w:type="auto" w:w="0"/>
              <w:jc w:val="left"/>
              <w:tblLayout w:type="fixed"/>
              <w:tblLook w:firstColumn="1" w:firstRow="1" w:lastColumn="0" w:lastRow="0" w:noHBand="0" w:noVBand="1" w:val="04A0"/>
            </w:tblPr>
            <w:tblGrid>
              <w:gridCol w:w="4896"/>
              <w:gridCol w:w="4896"/>
            </w:tblGrid>
            <w:tr>
              <w:trPr>
                <w:cantSplit/>
              </w:trPr>
              <w:tc>
                <w:tcPr>
                  <w:tcW w:type="dxa" w:w="2088"/>
                  <w:shd w:fill="0D306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FFFFFF"/>
                      <w:sz w:val="17"/>
                    </w:rPr>
                    <w:t>En seguida</w:t>
                  </w:r>
                </w:p>
              </w:tc>
              <w:tc>
                <w:tcPr>
                  <w:tcW w:type="dxa" w:w="7459"/>
                  <w:shd w:fill="FFFFFF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Completidad de los registros, datos, financiamiento, representación jurídica y de control.</w:t>
                  </w:r>
                </w:p>
              </w:tc>
            </w:tr>
            <w:tr>
              <w:trPr>
                <w:cantSplit/>
                <w:trHeight w:val="90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Proyecto de respuesta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[Inserir información específica de la entidad]</w:t>
                  </w:r>
                </w:p>
              </w:tc>
            </w:tr>
            <w:tr>
              <w:trPr>
                <w:cantSplit/>
                <w:trHeight w:val="64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Evidencia / fuente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[Inserar identificación de la evidencia, informes del sistema, cálculos, políticas, minutos o referencias cruzadas]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Propietario / revisor / estado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Propietario: [ ] Revisor: [ ] Estado: [No comenzado / Proyecto / Revisado / Aprobado]</w:t>
                  </w:r>
                </w:p>
              </w:tc>
            </w:tr>
          </w:tbl>
          <w:p/>
        </w:tc>
      </w:tr>
    </w:tbl>
    <w:p>
      <w:pPr>
        <w:spacing w:after="4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922"/>
      </w:tblGrid>
      <w:tr>
        <w:trPr>
          <w:cantSplit/>
        </w:trPr>
        <w:tc>
          <w:tcPr>
            <w:tcW w:type="dxa" w:w="9792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 w:sz="0" w:color="FFFFFF"/>
              <w:left w:val="nil" w:sz="0" w:color="FFFFFF"/>
              <w:bottom w:val="nil" w:sz="0" w:color="FFFFFF"/>
              <w:right w:val="nil" w:sz="0" w:color="FFFFFF"/>
            </w:tcBorders>
          </w:tcPr>
          <w:p>
            <w:pPr>
              <w:spacing w:after="0" w:line="24" w:lineRule="auto"/>
            </w:pPr>
            <w:r>
              <w:rPr>
                <w:rFonts w:ascii="Arial" w:hAnsi="Arial"/>
                <w:color w:val="FFFFFF"/>
                <w:sz w:val="2"/>
              </w:rPr>
            </w:r>
          </w:p>
          <w:tbl>
            <w:tblPr>
              <w:tblW w:type="auto" w:w="0"/>
              <w:jc w:val="left"/>
              <w:tblLayout w:type="fixed"/>
              <w:tblLook w:firstColumn="1" w:firstRow="1" w:lastColumn="0" w:lastRow="0" w:noHBand="0" w:noVBand="1" w:val="04A0"/>
            </w:tblPr>
            <w:tblGrid>
              <w:gridCol w:w="4896"/>
              <w:gridCol w:w="4896"/>
            </w:tblGrid>
            <w:tr>
              <w:trPr>
                <w:cantSplit/>
              </w:trPr>
              <w:tc>
                <w:tcPr>
                  <w:tcW w:type="dxa" w:w="2088"/>
                  <w:shd w:fill="0D306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FFFFFF"/>
                      <w:sz w:val="17"/>
                    </w:rPr>
                    <w:t>En seguida</w:t>
                  </w:r>
                </w:p>
              </w:tc>
              <w:tc>
                <w:tcPr>
                  <w:tcW w:type="dxa" w:w="7459"/>
                  <w:shd w:fill="FFFFFF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Datos de registro, documentos, reclamaciones, medidas, condiciones y autoridad delegada.</w:t>
                  </w:r>
                </w:p>
              </w:tc>
            </w:tr>
            <w:tr>
              <w:trPr>
                <w:cantSplit/>
                <w:trHeight w:val="90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Proyecto de respuesta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[Inserir información específica de la entidad]</w:t>
                  </w:r>
                </w:p>
              </w:tc>
            </w:tr>
            <w:tr>
              <w:trPr>
                <w:cantSplit/>
                <w:trHeight w:val="640" w:hRule="atLeast"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Evidencia / fuente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[Inserar identificación de la evidencia, informes del sistema, cálculos, políticas, minutos o referencias cruzadas]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88"/>
                  <w:shd w:fill="EAF2F8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/>
                      <w:color w:val="0D3068"/>
                      <w:sz w:val="17"/>
                    </w:rPr>
                    <w:t>Propietario / revisor / estado</w:t>
                  </w:r>
                </w:p>
              </w:tc>
              <w:tc>
                <w:tcPr>
                  <w:tcW w:type="dxa" w:w="7459"/>
                  <w:shd w:fill="F5F8FB"/>
                  <w:tcMar>
                    <w:top w:w="100" w:type="dxa"/>
                    <w:start w:w="110" w:type="dxa"/>
                    <w:bottom w:w="100" w:type="dxa"/>
                    <w:end w:w="110" w:type="dxa"/>
                  </w:tcMar>
                  <w:tcBorders>
                    <w:top w:val="single" w:sz="3" w:color="B9CAD9"/>
                    <w:left w:val="single" w:sz="3" w:color="B9CAD9"/>
                    <w:bottom w:val="single" w:sz="3" w:color="B9CAD9"/>
                    <w:right w:val="single" w:sz="3" w:color="B9CAD9"/>
                  </w:tcBorders>
                </w:tcPr>
                <w:p>
                  <w:r>
                    <w:rPr>
                      <w:rFonts w:ascii="Arial" w:hAnsi="Arial"/>
                      <w:b w:val="0"/>
                      <w:color w:val="18212B"/>
                      <w:sz w:val="17"/>
                    </w:rPr>
                    <w:t>Propietario: [ ] Revisor: [ ] Estado: [No comenzado / Proyecto / Revisado / Aprobado]</w:t>
                  </w:r>
                </w:p>
              </w:tc>
            </w:tr>
          </w:tbl>
          <w:p/>
        </w:tc>
      </w:tr>
    </w:tbl>
    <w:p>
      <w:pPr>
        <w:spacing w:after="40"/>
      </w:pPr>
    </w:p>
    <w:p>
      <w:pPr>
        <w:pStyle w:val="Heading1"/>
        <w:pageBreakBefore/>
      </w:pPr>
      <w:r>
        <w:t>Indice de referencia cruzada y divulgación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417"/>
        <w:gridCol w:w="1417"/>
        <w:gridCol w:w="1417"/>
        <w:gridCol w:w="1417"/>
        <w:gridCol w:w="1417"/>
        <w:gridCol w:w="1417"/>
        <w:gridCol w:w="1417"/>
      </w:tblGrid>
      <w:tr>
        <w:trPr>
          <w:tblHeader w:val="true"/>
        </w:trPr>
        <w:tc>
          <w:tcPr>
            <w:tcW w:type="dxa" w:w="1735"/>
            <w:shd w:fill="0D3068"/>
            <w:tcMar>
              <w:top w:w="95" w:type="dxa"/>
              <w:start w:w="100" w:type="dxa"/>
              <w:bottom w:w="95" w:type="dxa"/>
              <w:end w:w="100" w:type="dxa"/>
            </w:tcMar>
            <w:tcBorders>
              <w:top w:val="single" w:sz="4" w:color="0D3068"/>
              <w:left w:val="single" w:sz="4" w:color="FFFFFF"/>
              <w:bottom w:val="single" w:sz="4" w:color="0D3068"/>
              <w:right w:val="single" w:sz="4" w:color="FFFFFF"/>
            </w:tcBorders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6"/>
              </w:rPr>
              <w:t>Requisito / tema</w:t>
            </w:r>
          </w:p>
        </w:tc>
        <w:tc>
          <w:tcPr>
            <w:tcW w:type="dxa" w:w="1363"/>
            <w:shd w:fill="0D3068"/>
            <w:tcMar>
              <w:top w:w="95" w:type="dxa"/>
              <w:start w:w="100" w:type="dxa"/>
              <w:bottom w:w="95" w:type="dxa"/>
              <w:end w:w="100" w:type="dxa"/>
            </w:tcMar>
            <w:tcBorders>
              <w:top w:val="single" w:sz="4" w:color="0D3068"/>
              <w:left w:val="single" w:sz="4" w:color="FFFFFF"/>
              <w:bottom w:val="single" w:sz="4" w:color="0D3068"/>
              <w:right w:val="single" w:sz="4" w:color="FFFFFF"/>
            </w:tcBorders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6"/>
              </w:rPr>
              <w:t>Localización</w:t>
            </w:r>
          </w:p>
        </w:tc>
        <w:tc>
          <w:tcPr>
            <w:tcW w:type="dxa" w:w="2231"/>
            <w:shd w:fill="0D3068"/>
            <w:tcMar>
              <w:top w:w="95" w:type="dxa"/>
              <w:start w:w="100" w:type="dxa"/>
              <w:bottom w:w="95" w:type="dxa"/>
              <w:end w:w="100" w:type="dxa"/>
            </w:tcMar>
            <w:tcBorders>
              <w:top w:val="single" w:sz="4" w:color="0D3068"/>
              <w:left w:val="single" w:sz="4" w:color="FFFFFF"/>
              <w:bottom w:val="single" w:sz="4" w:color="0D3068"/>
              <w:right w:val="single" w:sz="4" w:color="FFFFFF"/>
            </w:tcBorders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6"/>
              </w:rPr>
              <w:t>Documento / URL</w:t>
            </w:r>
          </w:p>
        </w:tc>
        <w:tc>
          <w:tcPr>
            <w:tcW w:type="dxa" w:w="1115"/>
            <w:shd w:fill="0D3068"/>
            <w:tcMar>
              <w:top w:w="95" w:type="dxa"/>
              <w:start w:w="100" w:type="dxa"/>
              <w:bottom w:w="95" w:type="dxa"/>
              <w:end w:w="100" w:type="dxa"/>
            </w:tcMar>
            <w:tcBorders>
              <w:top w:val="single" w:sz="4" w:color="0D3068"/>
              <w:left w:val="single" w:sz="4" w:color="FFFFFF"/>
              <w:bottom w:val="single" w:sz="4" w:color="0D3068"/>
              <w:right w:val="single" w:sz="4" w:color="FFFFFF"/>
            </w:tcBorders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6"/>
              </w:rPr>
              <w:t>Propietario</w:t>
            </w:r>
          </w:p>
        </w:tc>
        <w:tc>
          <w:tcPr>
            <w:tcW w:type="dxa" w:w="1115"/>
            <w:shd w:fill="0D3068"/>
            <w:tcMar>
              <w:top w:w="95" w:type="dxa"/>
              <w:start w:w="100" w:type="dxa"/>
              <w:bottom w:w="95" w:type="dxa"/>
              <w:end w:w="100" w:type="dxa"/>
            </w:tcMar>
            <w:tcBorders>
              <w:top w:val="single" w:sz="4" w:color="0D3068"/>
              <w:left w:val="single" w:sz="4" w:color="FFFFFF"/>
              <w:bottom w:val="single" w:sz="4" w:color="0D3068"/>
              <w:right w:val="single" w:sz="4" w:color="FFFFFF"/>
            </w:tcBorders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6"/>
              </w:rPr>
              <w:t>Revisor</w:t>
            </w:r>
          </w:p>
        </w:tc>
        <w:tc>
          <w:tcPr>
            <w:tcW w:type="dxa" w:w="1115"/>
            <w:shd w:fill="0D3068"/>
            <w:tcMar>
              <w:top w:w="95" w:type="dxa"/>
              <w:start w:w="100" w:type="dxa"/>
              <w:bottom w:w="95" w:type="dxa"/>
              <w:end w:w="100" w:type="dxa"/>
            </w:tcMar>
            <w:tcBorders>
              <w:top w:val="single" w:sz="4" w:color="0D3068"/>
              <w:left w:val="single" w:sz="4" w:color="FFFFFF"/>
              <w:bottom w:val="single" w:sz="4" w:color="0D3068"/>
              <w:right w:val="single" w:sz="4" w:color="FFFFFF"/>
            </w:tcBorders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6"/>
              </w:rPr>
              <w:t>Aseguramiento</w:t>
            </w:r>
          </w:p>
        </w:tc>
        <w:tc>
          <w:tcPr>
            <w:tcW w:type="dxa" w:w="1115"/>
            <w:shd w:fill="0D3068"/>
            <w:tcMar>
              <w:top w:w="95" w:type="dxa"/>
              <w:start w:w="100" w:type="dxa"/>
              <w:bottom w:w="95" w:type="dxa"/>
              <w:end w:w="100" w:type="dxa"/>
            </w:tcMar>
            <w:tcBorders>
              <w:top w:val="single" w:sz="4" w:color="0D3068"/>
              <w:left w:val="single" w:sz="4" w:color="FFFFFF"/>
              <w:bottom w:val="single" w:sz="4" w:color="0D3068"/>
              <w:right w:val="single" w:sz="4" w:color="FFFFFF"/>
            </w:tcBorders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6"/>
              </w:rPr>
              <w:t>Estado de la empresa</w:t>
            </w:r>
          </w:p>
        </w:tc>
      </w:tr>
      <w:tr>
        <w:trPr>
          <w:cantSplit/>
        </w:trPr>
        <w:tc>
          <w:tcPr>
            <w:tcW w:type="dxa" w:w="1735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363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2231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</w:tr>
      <w:tr>
        <w:trPr>
          <w:cantSplit/>
        </w:trPr>
        <w:tc>
          <w:tcPr>
            <w:tcW w:type="dxa" w:w="1735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363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2231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</w:tr>
      <w:tr>
        <w:trPr>
          <w:cantSplit/>
        </w:trPr>
        <w:tc>
          <w:tcPr>
            <w:tcW w:type="dxa" w:w="1735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363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2231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</w:tr>
      <w:tr>
        <w:trPr>
          <w:cantSplit/>
        </w:trPr>
        <w:tc>
          <w:tcPr>
            <w:tcW w:type="dxa" w:w="1735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363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2231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</w:tr>
      <w:tr>
        <w:trPr>
          <w:cantSplit/>
        </w:trPr>
        <w:tc>
          <w:tcPr>
            <w:tcW w:type="dxa" w:w="1735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363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2231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</w:tr>
      <w:tr>
        <w:trPr>
          <w:cantSplit/>
        </w:trPr>
        <w:tc>
          <w:tcPr>
            <w:tcW w:type="dxa" w:w="1735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363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2231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</w:tr>
      <w:tr>
        <w:trPr>
          <w:cantSplit/>
        </w:trPr>
        <w:tc>
          <w:tcPr>
            <w:tcW w:type="dxa" w:w="1735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363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2231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</w:tr>
      <w:tr>
        <w:trPr>
          <w:cantSplit/>
        </w:trPr>
        <w:tc>
          <w:tcPr>
            <w:tcW w:type="dxa" w:w="1735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363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2231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</w:tr>
      <w:tr>
        <w:trPr>
          <w:cantSplit/>
        </w:trPr>
        <w:tc>
          <w:tcPr>
            <w:tcW w:type="dxa" w:w="1735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363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2231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</w:tr>
      <w:tr>
        <w:trPr>
          <w:cantSplit/>
        </w:trPr>
        <w:tc>
          <w:tcPr>
            <w:tcW w:type="dxa" w:w="1735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363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2231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</w:tr>
      <w:tr>
        <w:trPr>
          <w:cantSplit/>
        </w:trPr>
        <w:tc>
          <w:tcPr>
            <w:tcW w:type="dxa" w:w="1735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363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2231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</w:tr>
      <w:tr>
        <w:trPr>
          <w:cantSplit/>
        </w:trPr>
        <w:tc>
          <w:tcPr>
            <w:tcW w:type="dxa" w:w="1735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363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2231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</w:tr>
      <w:tr>
        <w:trPr>
          <w:cantSplit/>
        </w:trPr>
        <w:tc>
          <w:tcPr>
            <w:tcW w:type="dxa" w:w="1735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363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2231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</w:tr>
      <w:tr>
        <w:trPr>
          <w:cantSplit/>
        </w:trPr>
        <w:tc>
          <w:tcPr>
            <w:tcW w:type="dxa" w:w="1735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363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2231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</w:tr>
      <w:tr>
        <w:trPr>
          <w:cantSplit/>
        </w:trPr>
        <w:tc>
          <w:tcPr>
            <w:tcW w:type="dxa" w:w="1735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363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2231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</w:tr>
      <w:tr>
        <w:trPr>
          <w:cantSplit/>
        </w:trPr>
        <w:tc>
          <w:tcPr>
            <w:tcW w:type="dxa" w:w="1735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363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2231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</w:tr>
      <w:tr>
        <w:trPr>
          <w:cantSplit/>
        </w:trPr>
        <w:tc>
          <w:tcPr>
            <w:tcW w:type="dxa" w:w="1735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363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2231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</w:tr>
      <w:tr>
        <w:trPr>
          <w:cantSplit/>
        </w:trPr>
        <w:tc>
          <w:tcPr>
            <w:tcW w:type="dxa" w:w="1735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363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2231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</w:tr>
      <w:tr>
        <w:trPr>
          <w:cantSplit/>
        </w:trPr>
        <w:tc>
          <w:tcPr>
            <w:tcW w:type="dxa" w:w="1735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363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2231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</w:tr>
      <w:tr>
        <w:trPr>
          <w:cantSplit/>
        </w:trPr>
        <w:tc>
          <w:tcPr>
            <w:tcW w:type="dxa" w:w="1735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363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2231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  <w:tc>
          <w:tcPr>
            <w:tcW w:type="dxa" w:w="1115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</w:r>
          </w:p>
        </w:tc>
      </w:tr>
    </w:tbl>
    <w:p>
      <w:pPr>
        <w:spacing w:after="20"/>
      </w:pPr>
    </w:p>
    <w:p>
      <w:pPr>
        <w:pStyle w:val="Heading1"/>
        <w:pageBreakBefore/>
      </w:pPr>
      <w:r>
        <w:t>Registro final de la firma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961"/>
        <w:gridCol w:w="4961"/>
      </w:tblGrid>
      <w:tr>
        <w:trPr>
          <w:tblHeader w:val="true"/>
        </w:trPr>
        <w:tc>
          <w:tcPr>
            <w:tcW w:type="dxa" w:w="3168"/>
            <w:shd w:fill="0D3068"/>
            <w:tcMar>
              <w:top w:w="95" w:type="dxa"/>
              <w:start w:w="100" w:type="dxa"/>
              <w:bottom w:w="95" w:type="dxa"/>
              <w:end w:w="100" w:type="dxa"/>
            </w:tcMar>
            <w:tcBorders>
              <w:top w:val="single" w:sz="4" w:color="0D3068"/>
              <w:left w:val="single" w:sz="4" w:color="FFFFFF"/>
              <w:bottom w:val="single" w:sz="4" w:color="0D3068"/>
              <w:right w:val="single" w:sz="4" w:color="FFFFFF"/>
            </w:tcBorders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6"/>
              </w:rPr>
              <w:t>Campo de aprobación</w:t>
            </w:r>
          </w:p>
        </w:tc>
        <w:tc>
          <w:tcPr>
            <w:tcW w:type="dxa" w:w="6623"/>
            <w:shd w:fill="0D3068"/>
            <w:tcMar>
              <w:top w:w="95" w:type="dxa"/>
              <w:start w:w="100" w:type="dxa"/>
              <w:bottom w:w="95" w:type="dxa"/>
              <w:end w:w="100" w:type="dxa"/>
            </w:tcMar>
            <w:tcBorders>
              <w:top w:val="single" w:sz="4" w:color="0D3068"/>
              <w:left w:val="single" w:sz="4" w:color="FFFFFF"/>
              <w:bottom w:val="single" w:sz="4" w:color="0D3068"/>
              <w:right w:val="single" w:sz="4" w:color="FFFFFF"/>
            </w:tcBorders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6"/>
              </w:rPr>
              <w:t>Registro</w:t>
            </w:r>
          </w:p>
        </w:tc>
      </w:tr>
      <w:tr>
        <w:trPr>
          <w:cantSplit/>
        </w:trPr>
        <w:tc>
          <w:tcPr>
            <w:tcW w:type="dxa" w:w="3168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  <w:t>Base de presentación de informes y reclamo</w:t>
            </w:r>
          </w:p>
        </w:tc>
        <w:tc>
          <w:tcPr>
            <w:tcW w:type="dxa" w:w="6623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  <w:t>[Inserar la base aprobada y el texto final exacto]</w:t>
            </w:r>
          </w:p>
        </w:tc>
      </w:tr>
      <w:tr>
        <w:trPr>
          <w:cantSplit/>
        </w:trPr>
        <w:tc>
          <w:tcPr>
            <w:tcW w:type="dxa" w:w="3168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  <w:t>Comité de divulgación de la gestión</w:t>
            </w:r>
          </w:p>
        </w:tc>
        <w:tc>
          <w:tcPr>
            <w:tcW w:type="dxa" w:w="6623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  <w:t>Fecha: [ ] Decisión: [ ] Condiciones: [ ]</w:t>
            </w:r>
          </w:p>
        </w:tc>
      </w:tr>
      <w:tr>
        <w:trPr>
          <w:cantSplit/>
        </w:trPr>
        <w:tc>
          <w:tcPr>
            <w:tcW w:type="dxa" w:w="3168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  <w:t>Firma del director financiero</w:t>
            </w:r>
          </w:p>
        </w:tc>
        <w:tc>
          <w:tcPr>
            <w:tcW w:type="dxa" w:w="6623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  <w:t>Fecha: [ ] Referencia de representación: [ ]</w:t>
            </w:r>
          </w:p>
        </w:tc>
      </w:tr>
      <w:tr>
        <w:trPr>
          <w:cantSplit/>
        </w:trPr>
        <w:tc>
          <w:tcPr>
            <w:tcW w:type="dxa" w:w="3168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  <w:t>Secretario de empresa / revisión legal</w:t>
            </w:r>
          </w:p>
        </w:tc>
        <w:tc>
          <w:tcPr>
            <w:tcW w:type="dxa" w:w="6623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  <w:t>Fecha: [ ] Revisión de las reclamaciones y la colocación: [ ]</w:t>
            </w:r>
          </w:p>
        </w:tc>
      </w:tr>
      <w:tr>
        <w:trPr>
          <w:cantSplit/>
        </w:trPr>
        <w:tc>
          <w:tcPr>
            <w:tcW w:type="dxa" w:w="3168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  <w:t>Comité de auditoría / riesgo</w:t>
            </w:r>
          </w:p>
        </w:tc>
        <w:tc>
          <w:tcPr>
            <w:tcW w:type="dxa" w:w="6623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  <w:t>Fecha: [ ] Decisión: [ ]</w:t>
            </w:r>
          </w:p>
        </w:tc>
      </w:tr>
      <w:tr>
        <w:trPr>
          <w:cantSplit/>
        </w:trPr>
        <w:tc>
          <w:tcPr>
            <w:tcW w:type="dxa" w:w="3168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  <w:t>Aprobación del Consejo de Administración</w:t>
            </w:r>
          </w:p>
        </w:tc>
        <w:tc>
          <w:tcPr>
            <w:tcW w:type="dxa" w:w="6623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  <w:t>Fecha: [ ] Versión aprobada: [ ] Condiciones / autoridad delegada: []</w:t>
            </w:r>
          </w:p>
        </w:tc>
      </w:tr>
      <w:tr>
        <w:trPr>
          <w:cantSplit/>
        </w:trPr>
        <w:tc>
          <w:tcPr>
            <w:tcW w:type="dxa" w:w="3168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  <w:t>Informe de garantía</w:t>
            </w:r>
          </w:p>
        </w:tc>
        <w:tc>
          <w:tcPr>
            <w:tcW w:type="dxa" w:w="6623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  <w:t>Proveedor: [ ] Título / nivel / fecha: [ ]</w:t>
            </w:r>
          </w:p>
        </w:tc>
      </w:tr>
      <w:tr>
        <w:trPr>
          <w:cantSplit/>
        </w:trPr>
        <w:tc>
          <w:tcPr>
            <w:tcW w:type="dxa" w:w="3168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  <w:t>Registro de publicación</w:t>
            </w:r>
          </w:p>
        </w:tc>
        <w:tc>
          <w:tcPr>
            <w:tcW w:type="dxa" w:w="6623"/>
            <w:vAlign w:val="top"/>
            <w:shd w:fill="F5F8FB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  <w:t>Fecha del informe anual: [ ] Archivos / URLs / sumas de verificación referenciadas: [ ]</w:t>
            </w:r>
          </w:p>
        </w:tc>
      </w:tr>
      <w:tr>
        <w:trPr>
          <w:cantSplit/>
        </w:trPr>
        <w:tc>
          <w:tcPr>
            <w:tcW w:type="dxa" w:w="3168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  <w:t>Los desencadenantes de la próxima revisión</w:t>
            </w:r>
          </w:p>
        </w:tc>
        <w:tc>
          <w:tcPr>
            <w:tcW w:type="dxa" w:w="6623"/>
            <w:vAlign w:val="top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3" w:color="B9CAD9"/>
              <w:left w:val="single" w:sz="3" w:color="B9CAD9"/>
              <w:bottom w:val="single" w:sz="3" w:color="B9CAD9"/>
              <w:right w:val="single" w:sz="3" w:color="B9CAD9"/>
            </w:tcBorders>
          </w:tcPr>
          <w:p>
            <w:pPr>
              <w:spacing w:after="0"/>
            </w:pPr>
            <w:r>
              <w:rPr>
                <w:rFonts w:ascii="Arial" w:hAnsi="Arial"/>
                <w:color w:val="18212B"/>
                <w:sz w:val="16"/>
              </w:rPr>
              <w:t>[Inserir regulador, estándar, datos y desencadenantes de proyectos]</w:t>
            </w:r>
          </w:p>
        </w:tc>
      </w:tr>
    </w:tbl>
    <w:p>
      <w:pPr>
        <w:spacing w:after="2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922"/>
      </w:tblGrid>
      <w:tr>
        <w:trPr>
          <w:cantSplit/>
        </w:trPr>
        <w:tc>
          <w:tcPr>
            <w:tcW w:type="dxa" w:w="9792"/>
            <w:shd w:fill="F5F8FB"/>
            <w:tcBorders>
              <w:top w:val="single" w:sz="3" w:color="B9CAD9"/>
              <w:left w:val="single" w:sz="18" w:color="59636E"/>
              <w:bottom w:val="single" w:sz="3" w:color="B9CAD9"/>
              <w:right w:val="single" w:sz="3" w:color="B9CAD9"/>
            </w:tcBorders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pPr>
              <w:spacing w:after="60"/>
            </w:pPr>
            <w:r>
              <w:rPr>
                <w:rFonts w:ascii="Arial" w:hAnsi="Arial"/>
                <w:b/>
                <w:color w:val="59636E"/>
                <w:sz w:val="21"/>
              </w:rPr>
              <w:t>Limitación de uso final</w:t>
            </w:r>
          </w:p>
          <w:p>
            <w:pPr>
              <w:spacing w:after="0"/>
            </w:pPr>
            <w:r>
              <w:rPr>
                <w:rFonts w:ascii="Arial" w:hAnsi="Arial"/>
                <w:color w:val="18212B"/>
                <w:sz w:val="19"/>
              </w:rPr>
              <w:t>Este material formativo no constituye asesoramiento jurídico, una opinión de aseguramiento ni sustituye la lectura de las normas oficiales vigentes, la legislación aplicable y las reglas de los reguladores. La redacción y los escenarios ilustrativos deben adaptarse a los hechos de la entidad.</w:t>
            </w:r>
          </w:p>
        </w:tc>
      </w:tr>
    </w:tbl>
    <w:p>
      <w:pPr>
        <w:spacing w:after="2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964" w:right="992" w:bottom="964" w:left="992" w:header="397" w:footer="397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rial" w:hAnsi="Arial"/>
        <w:color w:val="59636E"/>
        <w:sz w:val="16"/>
      </w:rPr>
      <w:t xml:space="preserve">UKSRS1-TEMPLATE-EDITABLE Revisado 2 Agosto 2026  |  </w:t>
    </w:r>
    <w:r>
      <w:rPr>
        <w:rFonts w:ascii="Arial" w:hAnsi="Arial"/>
        <w:color w:val="59636E"/>
        <w:sz w:val="17"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6" w:color="4C86B8" w:space="4"/>
      </w:pBdr>
    </w:pPr>
    <w:r>
      <w:rPr>
        <w:rFonts w:ascii="Arial" w:hAnsi="Arial"/>
        <w:b/>
        <w:color w:val="0D3068"/>
        <w:sz w:val="16"/>
      </w:rPr>
      <w:t>LONDON REPORTING ACADEMY  ·  CENTRO DE CONOCIMIENTO  ·  UK SRS S1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10" w:line="264" w:lineRule="auto"/>
    </w:pPr>
    <w:rPr>
      <w:rFonts w:ascii="Arial" w:hAnsi="Arial"/>
      <w:color w:val="18212B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D3068"/>
      <w:sz w:val="3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D3068"/>
      <w:sz w:val="3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80"/>
      <w:outlineLvl w:val="2"/>
    </w:pPr>
    <w:rPr>
      <w:rFonts w:asciiTheme="majorHAnsi" w:eastAsiaTheme="majorEastAsia" w:hAnsiTheme="majorHAnsi" w:cstheme="majorBidi" w:ascii="Arial" w:hAnsi="Arial"/>
      <w:b/>
      <w:bCs/>
      <w:color w:val="1E5A8A"/>
      <w:sz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20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0D3068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200"/>
    </w:pPr>
    <w:rPr>
      <w:rFonts w:asciiTheme="majorHAnsi" w:eastAsiaTheme="majorEastAsia" w:hAnsiTheme="majorHAnsi" w:cstheme="majorBidi" w:ascii="Arial" w:hAnsi="Arial"/>
      <w:b w:val="0"/>
      <w:i/>
      <w:iCs/>
      <w:color w:val="59636E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LRACaption">
    <w:name w:val="LRA Caption"/>
    <w:pPr>
      <w:spacing w:after="140"/>
    </w:pPr>
    <w:rPr>
      <w:rFonts w:ascii="Arial" w:hAnsi="Arial"/>
      <w:i/>
      <w:color w:val="59636E"/>
      <w:sz w:val="17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UK SRS S1 Report Template - Editable Drafting Tool</dc:title>
  <dc:subject/>
  <dc:creator>London Reporting Academy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